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BEFD" w14:textId="77777777" w:rsidR="000834A2" w:rsidRDefault="00843C36">
      <w:pPr>
        <w:pStyle w:val="SimpleHeading"/>
      </w:pPr>
      <w:r>
        <w:t>Belge Verilme Şartları</w:t>
      </w:r>
    </w:p>
    <w:p w14:paraId="38D9E52C" w14:textId="77777777" w:rsidR="000834A2" w:rsidRDefault="00843C36">
      <w:r>
        <w:t>Her eğitim-öğretim yılı sonunda öğrencinin onur veya yüksek onur belgesi alabilmesi için:</w:t>
      </w:r>
    </w:p>
    <w:p w14:paraId="1A39AD17" w14:textId="77777777" w:rsidR="000834A2" w:rsidRDefault="00843C36">
      <w:pPr>
        <w:pStyle w:val="ListeMaddemi"/>
      </w:pPr>
      <w:r>
        <w:t>Alt yarıyıl veya yıllardan başarısız dersinin bulunmaması,</w:t>
      </w:r>
    </w:p>
    <w:p w14:paraId="31B2189C" w14:textId="77777777" w:rsidR="000834A2" w:rsidRDefault="00843C36">
      <w:pPr>
        <w:pStyle w:val="ListeMaddemi"/>
      </w:pPr>
      <w:r>
        <w:t>Disiplin cezası almamış olması,</w:t>
      </w:r>
    </w:p>
    <w:p w14:paraId="1866D691" w14:textId="77777777" w:rsidR="000834A2" w:rsidRDefault="00843C36">
      <w:pPr>
        <w:pStyle w:val="ListeMaddemi"/>
      </w:pPr>
      <w:r>
        <w:t>En az normal ders yükünü almış olması gerekir.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754"/>
        <w:gridCol w:w="4754"/>
      </w:tblGrid>
      <w:tr w:rsidR="000834A2" w14:paraId="756E7486" w14:textId="77777777">
        <w:trPr>
          <w:jc w:val="center"/>
        </w:trPr>
        <w:tc>
          <w:tcPr>
            <w:tcW w:w="4759" w:type="dxa"/>
            <w:vAlign w:val="center"/>
          </w:tcPr>
          <w:p w14:paraId="3C422D80" w14:textId="77777777" w:rsidR="000834A2" w:rsidRDefault="00843C36">
            <w:pPr>
              <w:spacing w:before="40" w:after="40"/>
            </w:pPr>
            <w:r>
              <w:rPr>
                <w:b/>
              </w:rPr>
              <w:t>Yıllık Not Ortalaması</w:t>
            </w:r>
          </w:p>
        </w:tc>
        <w:tc>
          <w:tcPr>
            <w:tcW w:w="4759" w:type="dxa"/>
            <w:vAlign w:val="center"/>
          </w:tcPr>
          <w:p w14:paraId="51D86383" w14:textId="77777777" w:rsidR="000834A2" w:rsidRDefault="00843C36">
            <w:pPr>
              <w:spacing w:before="40" w:after="40"/>
            </w:pPr>
            <w:r>
              <w:rPr>
                <w:b/>
              </w:rPr>
              <w:t>Verilecek Belge</w:t>
            </w:r>
          </w:p>
        </w:tc>
      </w:tr>
      <w:tr w:rsidR="000834A2" w14:paraId="3FC3ED2B" w14:textId="77777777">
        <w:trPr>
          <w:jc w:val="center"/>
        </w:trPr>
        <w:tc>
          <w:tcPr>
            <w:tcW w:w="4759" w:type="dxa"/>
            <w:vAlign w:val="center"/>
          </w:tcPr>
          <w:p w14:paraId="29793403" w14:textId="77777777" w:rsidR="000834A2" w:rsidRDefault="00843C36">
            <w:pPr>
              <w:spacing w:before="40" w:after="40"/>
            </w:pPr>
            <w:r>
              <w:t>3,00 - 3,50</w:t>
            </w:r>
          </w:p>
        </w:tc>
        <w:tc>
          <w:tcPr>
            <w:tcW w:w="4759" w:type="dxa"/>
            <w:vAlign w:val="center"/>
          </w:tcPr>
          <w:p w14:paraId="29CD3055" w14:textId="77777777" w:rsidR="000834A2" w:rsidRDefault="00843C36">
            <w:pPr>
              <w:spacing w:before="40" w:after="40"/>
            </w:pPr>
            <w:r>
              <w:t>Onur Belgesi</w:t>
            </w:r>
          </w:p>
        </w:tc>
      </w:tr>
      <w:tr w:rsidR="000834A2" w14:paraId="7F42480C" w14:textId="77777777">
        <w:trPr>
          <w:jc w:val="center"/>
        </w:trPr>
        <w:tc>
          <w:tcPr>
            <w:tcW w:w="4759" w:type="dxa"/>
            <w:vAlign w:val="center"/>
          </w:tcPr>
          <w:p w14:paraId="5A6E5E9D" w14:textId="77777777" w:rsidR="000834A2" w:rsidRDefault="00843C36">
            <w:pPr>
              <w:spacing w:before="40" w:after="40"/>
            </w:pPr>
            <w:r>
              <w:t>3,51 - 4,00</w:t>
            </w:r>
          </w:p>
        </w:tc>
        <w:tc>
          <w:tcPr>
            <w:tcW w:w="4759" w:type="dxa"/>
            <w:vAlign w:val="center"/>
          </w:tcPr>
          <w:p w14:paraId="57309EA0" w14:textId="77777777" w:rsidR="000834A2" w:rsidRDefault="00843C36">
            <w:pPr>
              <w:spacing w:before="40" w:after="40"/>
            </w:pPr>
            <w:r>
              <w:t>Yüksek Onur Belgesi</w:t>
            </w:r>
          </w:p>
        </w:tc>
      </w:tr>
    </w:tbl>
    <w:p w14:paraId="2CD2F217" w14:textId="77777777" w:rsidR="000834A2" w:rsidRDefault="00843C36">
      <w:pPr>
        <w:pStyle w:val="SimpleHeading"/>
      </w:pPr>
      <w:r>
        <w:t>İşlem Basamakları</w:t>
      </w:r>
    </w:p>
    <w:p w14:paraId="339E2E67" w14:textId="341DD483" w:rsidR="000834A2" w:rsidRDefault="00843C36">
      <w:r>
        <w:rPr>
          <w:b/>
        </w:rPr>
        <w:t xml:space="preserve">1. Hak kazanan öğrencilerin belirlenmesi: </w:t>
      </w:r>
      <w:r w:rsidR="00AF7743">
        <w:t>Öğrenci İşleri Daire Başkanlığı</w:t>
      </w:r>
      <w:r>
        <w:t>, şartları sağlayan öğrencileri tespit eder</w:t>
      </w:r>
      <w:r w:rsidR="00AF7743">
        <w:t>.</w:t>
      </w:r>
    </w:p>
    <w:p w14:paraId="5666FB49" w14:textId="674AED14" w:rsidR="000834A2" w:rsidRDefault="00843C36">
      <w:r>
        <w:rPr>
          <w:b/>
        </w:rPr>
        <w:t xml:space="preserve">2. Listelerin kontrolü ve sisteme kaydı: </w:t>
      </w:r>
      <w:r>
        <w:t xml:space="preserve">Öğrenci İşleri Daire Başkanlığı </w:t>
      </w:r>
      <w:r w:rsidR="00AF7743">
        <w:t>tespit edilen öğrenci bilgilerini</w:t>
      </w:r>
      <w:r>
        <w:t xml:space="preserve"> kontrol eder; öğrencilerin isimlerini bölüm/program bazında sisteme kaydeder.</w:t>
      </w:r>
    </w:p>
    <w:p w14:paraId="47C2FF81" w14:textId="77777777" w:rsidR="000834A2" w:rsidRDefault="00843C36">
      <w:r>
        <w:rPr>
          <w:b/>
        </w:rPr>
        <w:t xml:space="preserve">3. Belgelerin hazırlanması: </w:t>
      </w:r>
      <w:r>
        <w:t>Onur ve yüksek onur belgeleri sistemden basılır. Belgeler kontrol edilir, varsa baskı hataları düzeltilir.</w:t>
      </w:r>
    </w:p>
    <w:p w14:paraId="1ED0C57E" w14:textId="77777777" w:rsidR="000834A2" w:rsidRDefault="00843C36">
      <w:r>
        <w:rPr>
          <w:b/>
        </w:rPr>
        <w:t xml:space="preserve">4. İmza ve sunum işlemleri: </w:t>
      </w:r>
      <w:r>
        <w:t>Belgeler imzalanmak üzere Dekanlık/Müdürlük makamına sunulur. İmzalanan belgeler kontrol edilerek Rektörlük makamına sunulur.</w:t>
      </w:r>
    </w:p>
    <w:p w14:paraId="4A352D24" w14:textId="77777777" w:rsidR="000834A2" w:rsidRDefault="00843C36">
      <w:r>
        <w:rPr>
          <w:b/>
        </w:rPr>
        <w:t xml:space="preserve">5. Belgelerin teslimi: </w:t>
      </w:r>
      <w:r>
        <w:t>Hazırlanan belgeler, öğrencilere verilmek üzere tutanak karşılığında ilgili birimin öğrenci işleri bürosuna teslim edilir.</w:t>
      </w:r>
    </w:p>
    <w:sectPr w:rsidR="000834A2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1E1CE" w14:textId="77777777" w:rsidR="00903B09" w:rsidRDefault="00903B09" w:rsidP="005F61E6">
      <w:pPr>
        <w:spacing w:after="0" w:line="240" w:lineRule="auto"/>
      </w:pPr>
      <w:r>
        <w:separator/>
      </w:r>
    </w:p>
  </w:endnote>
  <w:endnote w:type="continuationSeparator" w:id="0">
    <w:p w14:paraId="41C0069E" w14:textId="77777777" w:rsidR="00903B09" w:rsidRDefault="00903B09" w:rsidP="005F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CF3A1" w14:textId="77777777" w:rsidR="00694CBF" w:rsidRDefault="00694CB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951D" w14:textId="77777777" w:rsidR="00694CBF" w:rsidRDefault="00694CB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B9B96" w14:textId="77777777" w:rsidR="00694CBF" w:rsidRDefault="00694CB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F9AFE" w14:textId="77777777" w:rsidR="00903B09" w:rsidRDefault="00903B09" w:rsidP="005F61E6">
      <w:pPr>
        <w:spacing w:after="0" w:line="240" w:lineRule="auto"/>
      </w:pPr>
      <w:r>
        <w:separator/>
      </w:r>
    </w:p>
  </w:footnote>
  <w:footnote w:type="continuationSeparator" w:id="0">
    <w:p w14:paraId="4726564C" w14:textId="77777777" w:rsidR="00903B09" w:rsidRDefault="00903B09" w:rsidP="005F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A462" w14:textId="77777777" w:rsidR="00694CBF" w:rsidRDefault="00694CB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7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867"/>
    </w:tblGrid>
    <w:tr w:rsidR="005F61E6" w:rsidRPr="00A16D0B" w14:paraId="61B6AEC0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84084C3" w14:textId="77777777" w:rsidR="005F61E6" w:rsidRPr="00A16D0B" w:rsidRDefault="005F61E6" w:rsidP="005F61E6">
          <w:pPr>
            <w:pStyle w:val="stBilgi"/>
            <w:rPr>
              <w:rFonts w:cs="Times New Roman"/>
              <w:sz w:val="24"/>
              <w:szCs w:val="28"/>
            </w:rPr>
          </w:pPr>
        </w:p>
        <w:p w14:paraId="2E31F512" w14:textId="77777777" w:rsidR="005F61E6" w:rsidRPr="00A16D0B" w:rsidRDefault="005F61E6" w:rsidP="005F61E6">
          <w:pPr>
            <w:pStyle w:val="stBilgi"/>
            <w:rPr>
              <w:rFonts w:cs="Times New Roman"/>
              <w:sz w:val="24"/>
              <w:szCs w:val="28"/>
            </w:rPr>
          </w:pPr>
          <w:r w:rsidRPr="00A16D0B">
            <w:rPr>
              <w:rFonts w:cs="Times New Roman"/>
              <w:noProof/>
              <w:sz w:val="24"/>
              <w:szCs w:val="28"/>
            </w:rPr>
            <w:drawing>
              <wp:inline distT="0" distB="0" distL="0" distR="0" wp14:anchorId="3CC513EC" wp14:editId="6F9A156E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4D939146" w14:textId="77777777" w:rsidR="005F61E6" w:rsidRPr="00A16D0B" w:rsidRDefault="005F61E6" w:rsidP="005F61E6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  <w:p w14:paraId="31390D30" w14:textId="77777777" w:rsidR="005F61E6" w:rsidRPr="00A16D0B" w:rsidRDefault="005F61E6" w:rsidP="005F61E6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 w:rsidRPr="00A16D0B">
            <w:rPr>
              <w:rFonts w:cs="Times New Roman"/>
              <w:b/>
              <w:sz w:val="24"/>
              <w:szCs w:val="28"/>
            </w:rPr>
            <w:t>ARDAHAN ÜNİVERSİTESİ</w:t>
          </w:r>
        </w:p>
        <w:p w14:paraId="74BBAD58" w14:textId="77777777" w:rsidR="005F61E6" w:rsidRPr="00685785" w:rsidRDefault="005F61E6" w:rsidP="005F61E6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 w:rsidRPr="00685785">
            <w:rPr>
              <w:rFonts w:cs="Times New Roman"/>
              <w:b/>
              <w:sz w:val="24"/>
              <w:szCs w:val="28"/>
            </w:rPr>
            <w:t>ÖĞRENCİ İŞLERİ DAİRE BAŞKANLIĞI</w:t>
          </w:r>
        </w:p>
        <w:p w14:paraId="5EF61109" w14:textId="6BAFC8E5" w:rsidR="005F61E6" w:rsidRPr="00A16D0B" w:rsidRDefault="005F61E6" w:rsidP="005F61E6">
          <w:pPr>
            <w:spacing w:after="320"/>
            <w:jc w:val="center"/>
          </w:pPr>
          <w:r>
            <w:rPr>
              <w:b/>
              <w:sz w:val="24"/>
            </w:rPr>
            <w:t>ONUR VE YÜKSEK ONUR BELGELERİ</w:t>
          </w:r>
          <w:r>
            <w:rPr>
              <w:b/>
              <w:sz w:val="24"/>
            </w:rPr>
            <w:br/>
            <w:t>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0F88114" w14:textId="77777777" w:rsidR="005F61E6" w:rsidRPr="00A16D0B" w:rsidRDefault="005F61E6" w:rsidP="005F61E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Doküman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87CAAF0" w14:textId="23704537" w:rsidR="005F61E6" w:rsidRPr="00A16D0B" w:rsidRDefault="005F61E6" w:rsidP="005F61E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ARÜ.</w:t>
          </w:r>
          <w:r w:rsidRPr="00AC0B8A">
            <w:rPr>
              <w:rFonts w:cs="Times New Roman"/>
              <w:sz w:val="20"/>
              <w:szCs w:val="20"/>
            </w:rPr>
            <w:t>ÖİDB.UR</w:t>
          </w:r>
          <w:r w:rsidRPr="00A16D0B">
            <w:rPr>
              <w:rFonts w:cs="Times New Roman"/>
              <w:sz w:val="20"/>
              <w:szCs w:val="20"/>
            </w:rPr>
            <w:t>.0</w:t>
          </w:r>
          <w:r w:rsidR="00694CBF">
            <w:rPr>
              <w:rFonts w:cs="Times New Roman"/>
              <w:sz w:val="20"/>
              <w:szCs w:val="20"/>
            </w:rPr>
            <w:t>12</w:t>
          </w:r>
        </w:p>
      </w:tc>
    </w:tr>
    <w:tr w:rsidR="005F61E6" w:rsidRPr="00A16D0B" w14:paraId="478AC13D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385AD571" w14:textId="77777777" w:rsidR="005F61E6" w:rsidRPr="00A16D0B" w:rsidRDefault="005F61E6" w:rsidP="005F61E6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0FBB13CA" w14:textId="77777777" w:rsidR="005F61E6" w:rsidRPr="00A16D0B" w:rsidRDefault="005F61E6" w:rsidP="005F61E6">
          <w:pPr>
            <w:pStyle w:val="stBilgi"/>
            <w:jc w:val="center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6F2E7A7" w14:textId="77777777" w:rsidR="005F61E6" w:rsidRPr="00A16D0B" w:rsidRDefault="005F61E6" w:rsidP="005F61E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İlk Yayın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FADBF24" w14:textId="77777777" w:rsidR="005F61E6" w:rsidRPr="00A16D0B" w:rsidRDefault="005F61E6" w:rsidP="005F61E6">
          <w:pPr>
            <w:pStyle w:val="stBilgi"/>
            <w:rPr>
              <w:rFonts w:cs="Times New Roman"/>
              <w:sz w:val="20"/>
              <w:szCs w:val="20"/>
            </w:rPr>
          </w:pPr>
          <w:r w:rsidRPr="00AC0B8A">
            <w:rPr>
              <w:rFonts w:cs="Times New Roman"/>
              <w:sz w:val="20"/>
              <w:szCs w:val="20"/>
            </w:rPr>
            <w:t>2</w:t>
          </w:r>
          <w:r w:rsidRPr="00A16D0B">
            <w:rPr>
              <w:rFonts w:cs="Times New Roman"/>
              <w:sz w:val="20"/>
              <w:szCs w:val="20"/>
            </w:rPr>
            <w:t>3.</w:t>
          </w:r>
          <w:r w:rsidRPr="00AC0B8A">
            <w:rPr>
              <w:rFonts w:cs="Times New Roman"/>
              <w:sz w:val="20"/>
              <w:szCs w:val="20"/>
            </w:rPr>
            <w:t>1</w:t>
          </w:r>
          <w:r w:rsidRPr="00A16D0B">
            <w:rPr>
              <w:rFonts w:cs="Times New Roman"/>
              <w:sz w:val="20"/>
              <w:szCs w:val="20"/>
            </w:rPr>
            <w:t>0.2026</w:t>
          </w:r>
        </w:p>
      </w:tc>
    </w:tr>
    <w:tr w:rsidR="005F61E6" w:rsidRPr="00A16D0B" w14:paraId="5DF085D3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31241010" w14:textId="77777777" w:rsidR="005F61E6" w:rsidRPr="00A16D0B" w:rsidRDefault="005F61E6" w:rsidP="005F61E6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4F88F38E" w14:textId="77777777" w:rsidR="005F61E6" w:rsidRPr="00A16D0B" w:rsidRDefault="005F61E6" w:rsidP="005F61E6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3F45BD6" w14:textId="77777777" w:rsidR="005F61E6" w:rsidRPr="00A16D0B" w:rsidRDefault="005F61E6" w:rsidP="005F61E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Revizyon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07404FF" w14:textId="77777777" w:rsidR="005F61E6" w:rsidRPr="00A16D0B" w:rsidRDefault="005F61E6" w:rsidP="005F61E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-</w:t>
          </w:r>
        </w:p>
      </w:tc>
    </w:tr>
    <w:tr w:rsidR="005F61E6" w:rsidRPr="00A16D0B" w14:paraId="00B35029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6F4ACBA9" w14:textId="77777777" w:rsidR="005F61E6" w:rsidRPr="00A16D0B" w:rsidRDefault="005F61E6" w:rsidP="005F61E6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237414B2" w14:textId="77777777" w:rsidR="005F61E6" w:rsidRPr="00A16D0B" w:rsidRDefault="005F61E6" w:rsidP="005F61E6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74AC5B5" w14:textId="77777777" w:rsidR="005F61E6" w:rsidRPr="00A16D0B" w:rsidRDefault="005F61E6" w:rsidP="005F61E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Revizyon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A8F90D0" w14:textId="77777777" w:rsidR="005F61E6" w:rsidRPr="00A16D0B" w:rsidRDefault="005F61E6" w:rsidP="005F61E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0</w:t>
          </w:r>
        </w:p>
      </w:tc>
    </w:tr>
    <w:tr w:rsidR="005F61E6" w:rsidRPr="00A16D0B" w14:paraId="61C77AF6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7A16EB24" w14:textId="77777777" w:rsidR="005F61E6" w:rsidRPr="00A16D0B" w:rsidRDefault="005F61E6" w:rsidP="005F61E6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5C47B166" w14:textId="77777777" w:rsidR="005F61E6" w:rsidRPr="00A16D0B" w:rsidRDefault="005F61E6" w:rsidP="005F61E6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56D7C08" w14:textId="77777777" w:rsidR="005F61E6" w:rsidRPr="00A16D0B" w:rsidRDefault="005F61E6" w:rsidP="005F61E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Sayfa: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43C20EA" w14:textId="77777777" w:rsidR="005F61E6" w:rsidRPr="00A16D0B" w:rsidRDefault="005F61E6" w:rsidP="005F61E6">
          <w:pPr>
            <w:pStyle w:val="stBilgi"/>
            <w:rPr>
              <w:rFonts w:cs="Times New Roman"/>
              <w:sz w:val="20"/>
              <w:szCs w:val="20"/>
            </w:rPr>
          </w:pPr>
          <w:r w:rsidRPr="00AC0B8A">
            <w:rPr>
              <w:rFonts w:cs="Times New Roman"/>
              <w:sz w:val="20"/>
              <w:szCs w:val="20"/>
            </w:rPr>
            <w:fldChar w:fldCharType="begin"/>
          </w:r>
          <w:r w:rsidRPr="00AC0B8A">
            <w:rPr>
              <w:rFonts w:cs="Times New Roman"/>
              <w:sz w:val="20"/>
              <w:szCs w:val="20"/>
            </w:rPr>
            <w:instrText xml:space="preserve"> PAGE   \* MERGEFORMAT </w:instrText>
          </w:r>
          <w:r w:rsidRPr="00AC0B8A">
            <w:rPr>
              <w:rFonts w:cs="Times New Roman"/>
              <w:sz w:val="20"/>
              <w:szCs w:val="20"/>
            </w:rPr>
            <w:fldChar w:fldCharType="separate"/>
          </w:r>
          <w:r w:rsidRPr="00AC0B8A">
            <w:rPr>
              <w:rFonts w:cs="Times New Roman"/>
              <w:noProof/>
              <w:sz w:val="20"/>
              <w:szCs w:val="20"/>
            </w:rPr>
            <w:t>1</w:t>
          </w:r>
          <w:r w:rsidRPr="00AC0B8A">
            <w:rPr>
              <w:rFonts w:cs="Times New Roman"/>
              <w:sz w:val="20"/>
              <w:szCs w:val="20"/>
            </w:rPr>
            <w:fldChar w:fldCharType="end"/>
          </w:r>
          <w:r w:rsidRPr="00A16D0B">
            <w:rPr>
              <w:rFonts w:cs="Times New Roman"/>
              <w:sz w:val="20"/>
              <w:szCs w:val="20"/>
            </w:rPr>
            <w:t>/</w:t>
          </w:r>
          <w:r w:rsidRPr="00AC0B8A">
            <w:rPr>
              <w:rFonts w:cs="Times New Roman"/>
              <w:sz w:val="20"/>
              <w:szCs w:val="20"/>
            </w:rPr>
            <w:t>1</w:t>
          </w:r>
        </w:p>
      </w:tc>
    </w:tr>
  </w:tbl>
  <w:p w14:paraId="10F47AD0" w14:textId="77777777" w:rsidR="005F61E6" w:rsidRDefault="005F61E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84EF" w14:textId="77777777" w:rsidR="00694CBF" w:rsidRDefault="00694CB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7716672">
    <w:abstractNumId w:val="8"/>
  </w:num>
  <w:num w:numId="2" w16cid:durableId="1555392178">
    <w:abstractNumId w:val="6"/>
  </w:num>
  <w:num w:numId="3" w16cid:durableId="1585332646">
    <w:abstractNumId w:val="5"/>
  </w:num>
  <w:num w:numId="4" w16cid:durableId="118426393">
    <w:abstractNumId w:val="4"/>
  </w:num>
  <w:num w:numId="5" w16cid:durableId="1981374518">
    <w:abstractNumId w:val="7"/>
  </w:num>
  <w:num w:numId="6" w16cid:durableId="618998740">
    <w:abstractNumId w:val="3"/>
  </w:num>
  <w:num w:numId="7" w16cid:durableId="1060400603">
    <w:abstractNumId w:val="2"/>
  </w:num>
  <w:num w:numId="8" w16cid:durableId="1323193829">
    <w:abstractNumId w:val="1"/>
  </w:num>
  <w:num w:numId="9" w16cid:durableId="1307003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4A2"/>
    <w:rsid w:val="0015074B"/>
    <w:rsid w:val="0029639D"/>
    <w:rsid w:val="00326F90"/>
    <w:rsid w:val="00352E1B"/>
    <w:rsid w:val="00404E87"/>
    <w:rsid w:val="00470ECF"/>
    <w:rsid w:val="005F61E6"/>
    <w:rsid w:val="00677E23"/>
    <w:rsid w:val="00694CBF"/>
    <w:rsid w:val="00843C36"/>
    <w:rsid w:val="00903B09"/>
    <w:rsid w:val="00AA1D8D"/>
    <w:rsid w:val="00AF774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2DD38A"/>
  <w14:defaultImageDpi w14:val="300"/>
  <w15:docId w15:val="{ED60A577-AC7F-DD44-B91C-30551154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color w:val="00000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impleHeading">
    <w:name w:val="Simple Heading"/>
    <w:pPr>
      <w:spacing w:before="200" w:after="100"/>
    </w:pPr>
    <w:rPr>
      <w:rFonts w:ascii="Times New Roman" w:hAnsi="Times New Roman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Onur ve Yüksek Onur Belgeleri Uygulama Rehberi</dc:title>
  <dc:subject>Öğrenci İşleri Daire Başkanlığı uygulama rehberi</dc:subject>
  <dc:creator>Şeyda İşler</dc:creator>
  <cp:keywords/>
  <dc:description>generated by python-docx</dc:description>
  <cp:lastModifiedBy>Windows</cp:lastModifiedBy>
  <cp:revision>4</cp:revision>
  <dcterms:created xsi:type="dcterms:W3CDTF">2026-10-21T08:47:00Z</dcterms:created>
  <dcterms:modified xsi:type="dcterms:W3CDTF">2026-10-23T07:34:00Z</dcterms:modified>
  <cp:category/>
</cp:coreProperties>
</file>