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9F35F" w14:textId="77777777" w:rsidR="006C28FC" w:rsidRDefault="006C28FC">
      <w:pPr>
        <w:ind w:left="312" w:hanging="312"/>
        <w:rPr>
          <w:b/>
          <w:sz w:val="24"/>
        </w:rPr>
      </w:pPr>
    </w:p>
    <w:p w14:paraId="47BA3A6D" w14:textId="45DE5905" w:rsidR="00A125D9" w:rsidRDefault="00D61A03">
      <w:pPr>
        <w:ind w:left="312" w:hanging="312"/>
      </w:pPr>
      <w:r>
        <w:rPr>
          <w:b/>
        </w:rPr>
        <w:t xml:space="preserve">1. </w:t>
      </w:r>
      <w:r>
        <w:t xml:space="preserve">Öğrenci, ders kaydını yaptıktan sonra en geç iki hafta içerisinde kayıt dondurma dilekçesi ve mazeretini gösteren belgeyle birlikte ilgili </w:t>
      </w:r>
      <w:r w:rsidR="00416078">
        <w:t xml:space="preserve">Akademik </w:t>
      </w:r>
      <w:r>
        <w:t>birimin öğrenci işleri bürosuna başvurur.</w:t>
      </w:r>
    </w:p>
    <w:p w14:paraId="4E603FDD" w14:textId="77777777" w:rsidR="00A125D9" w:rsidRDefault="00D61A03">
      <w:pPr>
        <w:ind w:left="312" w:hanging="312"/>
      </w:pPr>
      <w:r>
        <w:rPr>
          <w:b/>
        </w:rPr>
        <w:t xml:space="preserve">2. </w:t>
      </w:r>
      <w:r>
        <w:t>Birim öğrenci işleri bürosu, başvuruyu inceler ve öğrencinin yönetmelik kapsamında kayıt dondurma hakkı bulunup bulunmadığını kontrol eder.</w:t>
      </w:r>
    </w:p>
    <w:p w14:paraId="5D7EDA13" w14:textId="77777777" w:rsidR="00A125D9" w:rsidRDefault="00D61A03">
      <w:pPr>
        <w:ind w:left="312" w:hanging="312"/>
      </w:pPr>
      <w:r>
        <w:rPr>
          <w:b/>
        </w:rPr>
        <w:t xml:space="preserve">3. </w:t>
      </w:r>
      <w:r>
        <w:t>Öğrencinin kayıt dondurma hakkı bulunmuyorsa, kayıt dondurma talebinin kabul edilemeyeceği öğrenciye yazılı olarak bildirilir.</w:t>
      </w:r>
    </w:p>
    <w:p w14:paraId="6680EE1B" w14:textId="77777777" w:rsidR="00A125D9" w:rsidRDefault="00D61A03">
      <w:pPr>
        <w:ind w:left="312" w:hanging="312"/>
      </w:pPr>
      <w:r>
        <w:rPr>
          <w:b/>
        </w:rPr>
        <w:t xml:space="preserve">4. </w:t>
      </w:r>
      <w:r>
        <w:t>Kayıt dondurma hakkı bulunan öğrencinin dilekçesi ve ekleri ilgili Yönetim Kuruluna sunulur.</w:t>
      </w:r>
    </w:p>
    <w:p w14:paraId="7B3B6E87" w14:textId="77777777" w:rsidR="00A125D9" w:rsidRDefault="00D61A03">
      <w:pPr>
        <w:ind w:left="312" w:hanging="312"/>
      </w:pPr>
      <w:r>
        <w:rPr>
          <w:b/>
        </w:rPr>
        <w:t xml:space="preserve">5. </w:t>
      </w:r>
      <w:r>
        <w:t>Yönetim Kurulu talebi uygun görmezse sonuç öğrenciye yazılı olarak bildirilir.</w:t>
      </w:r>
    </w:p>
    <w:p w14:paraId="320C2063" w14:textId="77777777" w:rsidR="00A125D9" w:rsidRDefault="00D61A03">
      <w:pPr>
        <w:ind w:left="312" w:hanging="312"/>
      </w:pPr>
      <w:r>
        <w:rPr>
          <w:b/>
        </w:rPr>
        <w:t xml:space="preserve">6. </w:t>
      </w:r>
      <w:r>
        <w:t>Yönetim Kurulu talebi uygun görürse karar Öğrenci İşleri Daire Başkanlığına, ilgili bölüme ve öğrenciye bildirilir.</w:t>
      </w:r>
    </w:p>
    <w:p w14:paraId="16434CCF" w14:textId="762429C5" w:rsidR="00A125D9" w:rsidRDefault="00D61A03">
      <w:pPr>
        <w:ind w:left="312" w:hanging="312"/>
      </w:pPr>
      <w:r>
        <w:rPr>
          <w:b/>
        </w:rPr>
        <w:t xml:space="preserve">7. </w:t>
      </w:r>
      <w:r>
        <w:t xml:space="preserve">Olumlu Yönetim Kurulu kararı </w:t>
      </w:r>
      <w:r w:rsidR="00416078">
        <w:t xml:space="preserve"> ve kayıt dondurma işlemi ilgili Akademik birim öğrenci işleri personelince </w:t>
      </w:r>
      <w:r>
        <w:t>öğrenci otomasyon sistemine işlenir ve YÖKSİS’e aktarılır.</w:t>
      </w:r>
    </w:p>
    <w:p w14:paraId="567F483E" w14:textId="77777777" w:rsidR="00416078" w:rsidRDefault="00416078">
      <w:pPr>
        <w:ind w:left="312" w:hanging="312"/>
      </w:pPr>
    </w:p>
    <w:p w14:paraId="5586FE1A" w14:textId="0AD2D7D7" w:rsidR="00416078" w:rsidRDefault="00416078">
      <w:pPr>
        <w:ind w:left="312" w:hanging="312"/>
      </w:pPr>
      <w:r>
        <w:t>Sorumlu Birim: İlgili Akademik Birim Öğrenci İşleri</w:t>
      </w:r>
    </w:p>
    <w:sectPr w:rsidR="00416078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304" w:right="1361" w:bottom="1191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FE2AA" w14:textId="77777777" w:rsidR="00366B12" w:rsidRDefault="00366B12" w:rsidP="006C28FC">
      <w:pPr>
        <w:spacing w:after="0" w:line="240" w:lineRule="auto"/>
      </w:pPr>
      <w:r>
        <w:separator/>
      </w:r>
    </w:p>
  </w:endnote>
  <w:endnote w:type="continuationSeparator" w:id="0">
    <w:p w14:paraId="1556AD18" w14:textId="77777777" w:rsidR="00366B12" w:rsidRDefault="00366B12" w:rsidP="006C2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A05AB" w14:textId="77777777" w:rsidR="00330EE9" w:rsidRDefault="00330EE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86DCE" w14:textId="77777777" w:rsidR="00330EE9" w:rsidRDefault="00330EE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68B68" w14:textId="77777777" w:rsidR="00330EE9" w:rsidRDefault="00330EE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0498B" w14:textId="77777777" w:rsidR="00366B12" w:rsidRDefault="00366B12" w:rsidP="006C28FC">
      <w:pPr>
        <w:spacing w:after="0" w:line="240" w:lineRule="auto"/>
      </w:pPr>
      <w:r>
        <w:separator/>
      </w:r>
    </w:p>
  </w:footnote>
  <w:footnote w:type="continuationSeparator" w:id="0">
    <w:p w14:paraId="7F446DAF" w14:textId="77777777" w:rsidR="00366B12" w:rsidRDefault="00366B12" w:rsidP="006C2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F276C" w14:textId="77777777" w:rsidR="00330EE9" w:rsidRDefault="00330EE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44" w:type="dxa"/>
      <w:tblInd w:w="-746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1E0" w:firstRow="1" w:lastRow="1" w:firstColumn="1" w:lastColumn="1" w:noHBand="0" w:noVBand="0"/>
    </w:tblPr>
    <w:tblGrid>
      <w:gridCol w:w="1826"/>
      <w:gridCol w:w="5433"/>
      <w:gridCol w:w="1701"/>
      <w:gridCol w:w="1984"/>
    </w:tblGrid>
    <w:tr w:rsidR="006C28FC" w:rsidRPr="00A16D0B" w14:paraId="2522CEDE" w14:textId="77777777" w:rsidTr="00216464">
      <w:trPr>
        <w:trHeight w:val="419"/>
      </w:trPr>
      <w:tc>
        <w:tcPr>
          <w:tcW w:w="1826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B5E800A" w14:textId="77777777" w:rsidR="006C28FC" w:rsidRPr="00A16D0B" w:rsidRDefault="006C28FC" w:rsidP="006C28FC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  <w:p w14:paraId="0362E0BE" w14:textId="77777777" w:rsidR="006C28FC" w:rsidRPr="00A16D0B" w:rsidRDefault="006C28FC" w:rsidP="006C28FC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  <w:r w:rsidRPr="00A16D0B">
            <w:rPr>
              <w:rFonts w:ascii="Times New Roman" w:hAnsi="Times New Roman" w:cs="Times New Roman"/>
              <w:noProof/>
              <w:sz w:val="24"/>
              <w:szCs w:val="28"/>
            </w:rPr>
            <w:drawing>
              <wp:inline distT="0" distB="0" distL="0" distR="0" wp14:anchorId="34EBA8A0" wp14:editId="4FB0DB97">
                <wp:extent cx="790575" cy="866775"/>
                <wp:effectExtent l="0" t="0" r="9525" b="9525"/>
                <wp:docPr id="1580054650" name="Resi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33" w:type="dxa"/>
          <w:vMerge w:val="restart"/>
          <w:tcBorders>
            <w:top w:val="single" w:sz="6" w:space="0" w:color="000000"/>
            <w:left w:val="single" w:sz="6" w:space="0" w:color="000000"/>
            <w:right w:val="single" w:sz="6" w:space="0" w:color="000000"/>
          </w:tcBorders>
          <w:hideMark/>
        </w:tcPr>
        <w:p w14:paraId="03549C17" w14:textId="77777777" w:rsidR="006C28FC" w:rsidRPr="00A16D0B" w:rsidRDefault="006C28FC" w:rsidP="006C28FC">
          <w:pPr>
            <w:pStyle w:val="stBilgi"/>
            <w:rPr>
              <w:rFonts w:ascii="Times New Roman" w:hAnsi="Times New Roman" w:cs="Times New Roman"/>
              <w:b/>
              <w:sz w:val="24"/>
              <w:szCs w:val="28"/>
            </w:rPr>
          </w:pPr>
        </w:p>
        <w:p w14:paraId="5FF4C145" w14:textId="77777777" w:rsidR="006C28FC" w:rsidRPr="00A16D0B" w:rsidRDefault="006C28FC" w:rsidP="006C28FC">
          <w:pPr>
            <w:pStyle w:val="stBilgi"/>
            <w:spacing w:before="120" w:after="120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16D0B">
            <w:rPr>
              <w:rFonts w:ascii="Times New Roman" w:hAnsi="Times New Roman" w:cs="Times New Roman"/>
              <w:b/>
              <w:sz w:val="24"/>
              <w:szCs w:val="24"/>
            </w:rPr>
            <w:t>ARDAHAN ÜNİVERSİTESİ</w:t>
          </w:r>
        </w:p>
        <w:p w14:paraId="4BA766A2" w14:textId="77777777" w:rsidR="006C28FC" w:rsidRPr="00007BEA" w:rsidRDefault="006C28FC" w:rsidP="006C28FC">
          <w:pPr>
            <w:pStyle w:val="stBilgi"/>
            <w:spacing w:before="120" w:after="120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07BEA">
            <w:rPr>
              <w:rFonts w:ascii="Times New Roman" w:hAnsi="Times New Roman" w:cs="Times New Roman"/>
              <w:b/>
              <w:sz w:val="24"/>
              <w:szCs w:val="24"/>
            </w:rPr>
            <w:t>ÖĞRENCİ İŞLERİ DAİRE BAŞKANLIĞI</w:t>
          </w:r>
        </w:p>
        <w:p w14:paraId="7A082E4E" w14:textId="77777777" w:rsidR="006C28FC" w:rsidRPr="006C28FC" w:rsidRDefault="006C28FC" w:rsidP="006C28FC">
          <w:pPr>
            <w:spacing w:after="40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6C28FC">
            <w:rPr>
              <w:rFonts w:ascii="Times New Roman" w:hAnsi="Times New Roman" w:cs="Times New Roman"/>
              <w:b/>
              <w:sz w:val="24"/>
              <w:szCs w:val="24"/>
            </w:rPr>
            <w:t>KAYIT DONDURMA İŞLEMLERİ</w:t>
          </w:r>
        </w:p>
        <w:p w14:paraId="70193B47" w14:textId="26E54D97" w:rsidR="006C28FC" w:rsidRPr="00A16D0B" w:rsidRDefault="006C28FC" w:rsidP="006C28FC">
          <w:pPr>
            <w:spacing w:after="40"/>
            <w:jc w:val="center"/>
            <w:rPr>
              <w:sz w:val="20"/>
            </w:rPr>
          </w:pPr>
          <w:r w:rsidRPr="006C28FC">
            <w:rPr>
              <w:rFonts w:ascii="Times New Roman" w:hAnsi="Times New Roman" w:cs="Times New Roman"/>
              <w:b/>
              <w:sz w:val="24"/>
              <w:szCs w:val="24"/>
            </w:rPr>
            <w:t>UYGULAMA REHBERİ</w:t>
          </w: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1303F840" w14:textId="77777777" w:rsidR="006C28FC" w:rsidRPr="00A16D0B" w:rsidRDefault="006C28FC" w:rsidP="006C28FC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Doküman No: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1A5760A1" w14:textId="7F9015F7" w:rsidR="006C28FC" w:rsidRPr="00A16D0B" w:rsidRDefault="006C28FC" w:rsidP="006C28FC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ARÜ.</w:t>
          </w:r>
          <w:r w:rsidRPr="00063638">
            <w:rPr>
              <w:rFonts w:ascii="Times New Roman" w:hAnsi="Times New Roman" w:cs="Times New Roman"/>
              <w:sz w:val="20"/>
              <w:szCs w:val="20"/>
            </w:rPr>
            <w:t>ÖİDB.UR</w:t>
          </w:r>
          <w:r w:rsidRPr="00A16D0B">
            <w:rPr>
              <w:rFonts w:ascii="Times New Roman" w:hAnsi="Times New Roman" w:cs="Times New Roman"/>
              <w:sz w:val="20"/>
              <w:szCs w:val="20"/>
            </w:rPr>
            <w:t>.0</w:t>
          </w:r>
          <w:r w:rsidR="00330EE9">
            <w:rPr>
              <w:rFonts w:ascii="Times New Roman" w:hAnsi="Times New Roman" w:cs="Times New Roman"/>
              <w:sz w:val="20"/>
              <w:szCs w:val="20"/>
            </w:rPr>
            <w:t>06</w:t>
          </w:r>
        </w:p>
      </w:tc>
    </w:tr>
    <w:tr w:rsidR="006C28FC" w:rsidRPr="00A16D0B" w14:paraId="4AEFC816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4366CDF9" w14:textId="77777777" w:rsidR="006C28FC" w:rsidRPr="00A16D0B" w:rsidRDefault="006C28FC" w:rsidP="006C28FC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hideMark/>
        </w:tcPr>
        <w:p w14:paraId="59F8B38E" w14:textId="77777777" w:rsidR="006C28FC" w:rsidRPr="00A16D0B" w:rsidRDefault="006C28FC" w:rsidP="006C28FC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350D3038" w14:textId="77777777" w:rsidR="006C28FC" w:rsidRPr="00A16D0B" w:rsidRDefault="006C28FC" w:rsidP="006C28FC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İlk Yayın Tarihi: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55FFA1D2" w14:textId="77777777" w:rsidR="006C28FC" w:rsidRPr="00A16D0B" w:rsidRDefault="006C28FC" w:rsidP="006C28FC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063638">
            <w:rPr>
              <w:rFonts w:ascii="Times New Roman" w:hAnsi="Times New Roman" w:cs="Times New Roman"/>
              <w:sz w:val="20"/>
              <w:szCs w:val="20"/>
            </w:rPr>
            <w:t>2</w:t>
          </w:r>
          <w:r w:rsidRPr="00A16D0B">
            <w:rPr>
              <w:rFonts w:ascii="Times New Roman" w:hAnsi="Times New Roman" w:cs="Times New Roman"/>
              <w:sz w:val="20"/>
              <w:szCs w:val="20"/>
            </w:rPr>
            <w:t>3.</w:t>
          </w:r>
          <w:r w:rsidRPr="00063638">
            <w:rPr>
              <w:rFonts w:ascii="Times New Roman" w:hAnsi="Times New Roman" w:cs="Times New Roman"/>
              <w:sz w:val="20"/>
              <w:szCs w:val="20"/>
            </w:rPr>
            <w:t>1</w:t>
          </w:r>
          <w:r w:rsidRPr="00A16D0B">
            <w:rPr>
              <w:rFonts w:ascii="Times New Roman" w:hAnsi="Times New Roman" w:cs="Times New Roman"/>
              <w:sz w:val="20"/>
              <w:szCs w:val="20"/>
            </w:rPr>
            <w:t>0.2026</w:t>
          </w:r>
        </w:p>
      </w:tc>
    </w:tr>
    <w:tr w:rsidR="006C28FC" w:rsidRPr="00A16D0B" w14:paraId="5BA2CB3D" w14:textId="77777777" w:rsidTr="00216464">
      <w:trPr>
        <w:trHeight w:val="419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6BDBC2D0" w14:textId="77777777" w:rsidR="006C28FC" w:rsidRPr="00A16D0B" w:rsidRDefault="006C28FC" w:rsidP="006C28FC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vAlign w:val="center"/>
          <w:hideMark/>
        </w:tcPr>
        <w:p w14:paraId="68CDA90F" w14:textId="77777777" w:rsidR="006C28FC" w:rsidRPr="00A16D0B" w:rsidRDefault="006C28FC" w:rsidP="006C28FC">
          <w:pPr>
            <w:pStyle w:val="stBilgi"/>
            <w:rPr>
              <w:rFonts w:ascii="Times New Roman" w:hAnsi="Times New Roman"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34DB9C43" w14:textId="77777777" w:rsidR="006C28FC" w:rsidRPr="00A16D0B" w:rsidRDefault="006C28FC" w:rsidP="006C28FC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Revizyon Tarihi: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68067AD2" w14:textId="77777777" w:rsidR="006C28FC" w:rsidRPr="00A16D0B" w:rsidRDefault="006C28FC" w:rsidP="006C28FC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-</w:t>
          </w:r>
        </w:p>
      </w:tc>
    </w:tr>
    <w:tr w:rsidR="006C28FC" w:rsidRPr="00A16D0B" w14:paraId="336890B8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0F5BD428" w14:textId="77777777" w:rsidR="006C28FC" w:rsidRPr="00A16D0B" w:rsidRDefault="006C28FC" w:rsidP="006C28FC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vAlign w:val="center"/>
          <w:hideMark/>
        </w:tcPr>
        <w:p w14:paraId="50E6B2B6" w14:textId="77777777" w:rsidR="006C28FC" w:rsidRPr="00A16D0B" w:rsidRDefault="006C28FC" w:rsidP="006C28FC">
          <w:pPr>
            <w:pStyle w:val="stBilgi"/>
            <w:rPr>
              <w:rFonts w:ascii="Times New Roman" w:hAnsi="Times New Roman"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3D62C217" w14:textId="77777777" w:rsidR="006C28FC" w:rsidRPr="00A16D0B" w:rsidRDefault="006C28FC" w:rsidP="006C28FC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Revizyon No: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10BCBB42" w14:textId="77777777" w:rsidR="006C28FC" w:rsidRPr="00A16D0B" w:rsidRDefault="006C28FC" w:rsidP="006C28FC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0</w:t>
          </w:r>
        </w:p>
      </w:tc>
    </w:tr>
    <w:tr w:rsidR="006C28FC" w:rsidRPr="00A16D0B" w14:paraId="4D724C73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4D84B018" w14:textId="77777777" w:rsidR="006C28FC" w:rsidRPr="00A16D0B" w:rsidRDefault="006C28FC" w:rsidP="006C28FC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76646CF8" w14:textId="77777777" w:rsidR="006C28FC" w:rsidRPr="00A16D0B" w:rsidRDefault="006C28FC" w:rsidP="006C28FC">
          <w:pPr>
            <w:pStyle w:val="stBilgi"/>
            <w:rPr>
              <w:rFonts w:ascii="Times New Roman" w:hAnsi="Times New Roman"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05B567A6" w14:textId="77777777" w:rsidR="006C28FC" w:rsidRPr="00A16D0B" w:rsidRDefault="006C28FC" w:rsidP="006C28FC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Sayfa: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1B560108" w14:textId="129B0203" w:rsidR="006C28FC" w:rsidRPr="00A16D0B" w:rsidRDefault="006C28FC" w:rsidP="006C28FC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063638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063638">
            <w:rPr>
              <w:rFonts w:ascii="Times New Roman" w:hAnsi="Times New Roman" w:cs="Times New Roman"/>
              <w:sz w:val="20"/>
              <w:szCs w:val="20"/>
            </w:rPr>
            <w:instrText xml:space="preserve"> PAGE   \* MERGEFORMAT </w:instrText>
          </w:r>
          <w:r w:rsidRPr="0006363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Pr="00063638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063638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A16D0B"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t>1</w:t>
          </w:r>
        </w:p>
      </w:tc>
    </w:tr>
  </w:tbl>
  <w:p w14:paraId="3F2EDD99" w14:textId="77777777" w:rsidR="006C28FC" w:rsidRDefault="006C28F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CB779" w14:textId="77777777" w:rsidR="00330EE9" w:rsidRDefault="00330EE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849553">
    <w:abstractNumId w:val="8"/>
  </w:num>
  <w:num w:numId="2" w16cid:durableId="1224827865">
    <w:abstractNumId w:val="6"/>
  </w:num>
  <w:num w:numId="3" w16cid:durableId="550310111">
    <w:abstractNumId w:val="5"/>
  </w:num>
  <w:num w:numId="4" w16cid:durableId="1678724505">
    <w:abstractNumId w:val="4"/>
  </w:num>
  <w:num w:numId="5" w16cid:durableId="273221265">
    <w:abstractNumId w:val="7"/>
  </w:num>
  <w:num w:numId="6" w16cid:durableId="2089419257">
    <w:abstractNumId w:val="3"/>
  </w:num>
  <w:num w:numId="7" w16cid:durableId="1108889751">
    <w:abstractNumId w:val="2"/>
  </w:num>
  <w:num w:numId="8" w16cid:durableId="395394796">
    <w:abstractNumId w:val="1"/>
  </w:num>
  <w:num w:numId="9" w16cid:durableId="62456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2E2F"/>
    <w:rsid w:val="0015074B"/>
    <w:rsid w:val="0029639D"/>
    <w:rsid w:val="00326F90"/>
    <w:rsid w:val="00330EE9"/>
    <w:rsid w:val="00352E1B"/>
    <w:rsid w:val="00366B12"/>
    <w:rsid w:val="00416078"/>
    <w:rsid w:val="00485BD5"/>
    <w:rsid w:val="006C28FC"/>
    <w:rsid w:val="00A125D9"/>
    <w:rsid w:val="00AA1D8D"/>
    <w:rsid w:val="00AE2321"/>
    <w:rsid w:val="00B47730"/>
    <w:rsid w:val="00CB0664"/>
    <w:rsid w:val="00D61A03"/>
    <w:rsid w:val="00DA2F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51AA76"/>
  <w14:defaultImageDpi w14:val="300"/>
  <w15:docId w15:val="{0021FCCC-E847-FA4D-81AA-BCC7B8CC8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Kayıt Dondurma İşlemleri Uygulama Rehberi</dc:title>
  <dc:subject/>
  <dc:creator>Şeyda İşler</dc:creator>
  <cp:keywords/>
  <dc:description>generated by python-docx</dc:description>
  <cp:lastModifiedBy>Windows</cp:lastModifiedBy>
  <cp:revision>4</cp:revision>
  <dcterms:created xsi:type="dcterms:W3CDTF">2026-10-21T08:22:00Z</dcterms:created>
  <dcterms:modified xsi:type="dcterms:W3CDTF">2026-10-23T07:32:00Z</dcterms:modified>
  <cp:category/>
</cp:coreProperties>
</file>