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E1B1E" w14:textId="77777777" w:rsidR="00066EDF" w:rsidRDefault="00066EDF">
      <w:pPr>
        <w:spacing w:after="180"/>
        <w:rPr>
          <w:b/>
          <w:sz w:val="24"/>
        </w:rPr>
      </w:pPr>
    </w:p>
    <w:p w14:paraId="23272E4C" w14:textId="6B23518C" w:rsidR="00AB021F" w:rsidRDefault="00066EDF">
      <w:pPr>
        <w:spacing w:after="180"/>
      </w:pPr>
      <w:r>
        <w:rPr>
          <w:b/>
          <w:sz w:val="24"/>
        </w:rPr>
        <w:t xml:space="preserve"> </w:t>
      </w:r>
      <w:r w:rsidR="00E53FA9">
        <w:t>İşlemler aşağıdaki sırayla yürütülür:</w:t>
      </w:r>
    </w:p>
    <w:tbl>
      <w:tblPr>
        <w:tblStyle w:val="TabloKlavuz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80"/>
        <w:gridCol w:w="5783"/>
        <w:gridCol w:w="2778"/>
      </w:tblGrid>
      <w:tr w:rsidR="00AB021F" w14:paraId="3CE7A842" w14:textId="77777777">
        <w:trPr>
          <w:jc w:val="center"/>
        </w:trPr>
        <w:tc>
          <w:tcPr>
            <w:tcW w:w="680" w:type="dxa"/>
            <w:tcMar>
              <w:top w:w="95" w:type="dxa"/>
              <w:left w:w="85" w:type="dxa"/>
              <w:bottom w:w="95" w:type="dxa"/>
              <w:right w:w="85" w:type="dxa"/>
            </w:tcMar>
            <w:vAlign w:val="center"/>
          </w:tcPr>
          <w:p w14:paraId="3127E8E2" w14:textId="77777777" w:rsidR="00AB021F" w:rsidRDefault="00E53FA9">
            <w:pPr>
              <w:jc w:val="center"/>
            </w:pPr>
            <w:r>
              <w:rPr>
                <w:b/>
                <w:sz w:val="21"/>
              </w:rPr>
              <w:t>Sıra</w:t>
            </w:r>
          </w:p>
        </w:tc>
        <w:tc>
          <w:tcPr>
            <w:tcW w:w="5783" w:type="dxa"/>
            <w:tcMar>
              <w:top w:w="95" w:type="dxa"/>
              <w:left w:w="85" w:type="dxa"/>
              <w:bottom w:w="95" w:type="dxa"/>
              <w:right w:w="85" w:type="dxa"/>
            </w:tcMar>
            <w:vAlign w:val="center"/>
          </w:tcPr>
          <w:p w14:paraId="631E06AF" w14:textId="77777777" w:rsidR="00AB021F" w:rsidRDefault="00E53FA9">
            <w:pPr>
              <w:jc w:val="center"/>
            </w:pPr>
            <w:r>
              <w:rPr>
                <w:b/>
                <w:sz w:val="21"/>
              </w:rPr>
              <w:t>Yapılacak İşlem</w:t>
            </w:r>
          </w:p>
        </w:tc>
        <w:tc>
          <w:tcPr>
            <w:tcW w:w="2778" w:type="dxa"/>
            <w:tcMar>
              <w:top w:w="95" w:type="dxa"/>
              <w:left w:w="85" w:type="dxa"/>
              <w:bottom w:w="95" w:type="dxa"/>
              <w:right w:w="85" w:type="dxa"/>
            </w:tcMar>
            <w:vAlign w:val="center"/>
          </w:tcPr>
          <w:p w14:paraId="11F34696" w14:textId="77777777" w:rsidR="00AB021F" w:rsidRDefault="00E53FA9">
            <w:pPr>
              <w:jc w:val="center"/>
            </w:pPr>
            <w:r>
              <w:rPr>
                <w:b/>
                <w:sz w:val="21"/>
              </w:rPr>
              <w:t>Sorumlu Birim</w:t>
            </w:r>
          </w:p>
        </w:tc>
      </w:tr>
      <w:tr w:rsidR="00AB021F" w14:paraId="033564B0" w14:textId="77777777">
        <w:trPr>
          <w:jc w:val="center"/>
        </w:trPr>
        <w:tc>
          <w:tcPr>
            <w:tcW w:w="680" w:type="dxa"/>
            <w:tcMar>
              <w:top w:w="95" w:type="dxa"/>
              <w:left w:w="85" w:type="dxa"/>
              <w:bottom w:w="95" w:type="dxa"/>
              <w:right w:w="85" w:type="dxa"/>
            </w:tcMar>
            <w:vAlign w:val="center"/>
          </w:tcPr>
          <w:p w14:paraId="1E2EB58F" w14:textId="77777777" w:rsidR="00AB021F" w:rsidRDefault="00E53FA9">
            <w:pPr>
              <w:spacing w:after="0" w:line="257" w:lineRule="auto"/>
              <w:jc w:val="center"/>
            </w:pPr>
            <w:r>
              <w:rPr>
                <w:sz w:val="21"/>
              </w:rPr>
              <w:t>1</w:t>
            </w:r>
          </w:p>
        </w:tc>
        <w:tc>
          <w:tcPr>
            <w:tcW w:w="5783" w:type="dxa"/>
            <w:tcMar>
              <w:top w:w="95" w:type="dxa"/>
              <w:left w:w="85" w:type="dxa"/>
              <w:bottom w:w="95" w:type="dxa"/>
              <w:right w:w="85" w:type="dxa"/>
            </w:tcMar>
            <w:vAlign w:val="center"/>
          </w:tcPr>
          <w:p w14:paraId="00F7F0AA" w14:textId="77777777" w:rsidR="00AB021F" w:rsidRDefault="00E53FA9">
            <w:pPr>
              <w:spacing w:after="0" w:line="257" w:lineRule="auto"/>
            </w:pPr>
            <w:r>
              <w:rPr>
                <w:sz w:val="21"/>
              </w:rPr>
              <w:t>Disiplin suçu işleyen öğrenci hakkında disiplin kararı alınır.</w:t>
            </w:r>
          </w:p>
        </w:tc>
        <w:tc>
          <w:tcPr>
            <w:tcW w:w="2778" w:type="dxa"/>
            <w:tcMar>
              <w:top w:w="95" w:type="dxa"/>
              <w:left w:w="85" w:type="dxa"/>
              <w:bottom w:w="95" w:type="dxa"/>
              <w:right w:w="85" w:type="dxa"/>
            </w:tcMar>
            <w:vAlign w:val="center"/>
          </w:tcPr>
          <w:p w14:paraId="42D868B3" w14:textId="77777777" w:rsidR="00AB021F" w:rsidRDefault="00E53FA9">
            <w:pPr>
              <w:spacing w:after="0" w:line="257" w:lineRule="auto"/>
            </w:pPr>
            <w:r>
              <w:rPr>
                <w:sz w:val="21"/>
              </w:rPr>
              <w:t>İlgili Fakülte / Yüksekokul / MYO</w:t>
            </w:r>
          </w:p>
        </w:tc>
      </w:tr>
      <w:tr w:rsidR="00AB021F" w14:paraId="0016B990" w14:textId="77777777">
        <w:trPr>
          <w:jc w:val="center"/>
        </w:trPr>
        <w:tc>
          <w:tcPr>
            <w:tcW w:w="680" w:type="dxa"/>
            <w:tcMar>
              <w:top w:w="95" w:type="dxa"/>
              <w:left w:w="85" w:type="dxa"/>
              <w:bottom w:w="95" w:type="dxa"/>
              <w:right w:w="85" w:type="dxa"/>
            </w:tcMar>
            <w:vAlign w:val="center"/>
          </w:tcPr>
          <w:p w14:paraId="326461B8" w14:textId="77777777" w:rsidR="00AB021F" w:rsidRDefault="00E53FA9">
            <w:pPr>
              <w:spacing w:after="0" w:line="257" w:lineRule="auto"/>
              <w:jc w:val="center"/>
            </w:pPr>
            <w:r>
              <w:rPr>
                <w:sz w:val="21"/>
              </w:rPr>
              <w:t>2</w:t>
            </w:r>
          </w:p>
        </w:tc>
        <w:tc>
          <w:tcPr>
            <w:tcW w:w="5783" w:type="dxa"/>
            <w:tcMar>
              <w:top w:w="95" w:type="dxa"/>
              <w:left w:w="85" w:type="dxa"/>
              <w:bottom w:w="95" w:type="dxa"/>
              <w:right w:w="85" w:type="dxa"/>
            </w:tcMar>
            <w:vAlign w:val="center"/>
          </w:tcPr>
          <w:p w14:paraId="5005A903" w14:textId="77777777" w:rsidR="00AB021F" w:rsidRDefault="00E53FA9">
            <w:pPr>
              <w:spacing w:after="0" w:line="257" w:lineRule="auto"/>
            </w:pPr>
            <w:r>
              <w:rPr>
                <w:sz w:val="21"/>
              </w:rPr>
              <w:t>Alınan disiplin kararı öğrenciye tebliğ edilir.</w:t>
            </w:r>
          </w:p>
        </w:tc>
        <w:tc>
          <w:tcPr>
            <w:tcW w:w="2778" w:type="dxa"/>
            <w:tcMar>
              <w:top w:w="95" w:type="dxa"/>
              <w:left w:w="85" w:type="dxa"/>
              <w:bottom w:w="95" w:type="dxa"/>
              <w:right w:w="85" w:type="dxa"/>
            </w:tcMar>
            <w:vAlign w:val="center"/>
          </w:tcPr>
          <w:p w14:paraId="0431A86B" w14:textId="77777777" w:rsidR="00AB021F" w:rsidRDefault="00E53FA9">
            <w:pPr>
              <w:spacing w:after="0" w:line="257" w:lineRule="auto"/>
            </w:pPr>
            <w:r>
              <w:rPr>
                <w:sz w:val="21"/>
              </w:rPr>
              <w:t>İlgili Fakülte / Yüksekokul / MYO</w:t>
            </w:r>
          </w:p>
        </w:tc>
      </w:tr>
      <w:tr w:rsidR="00AB021F" w14:paraId="331D25A3" w14:textId="77777777">
        <w:trPr>
          <w:jc w:val="center"/>
        </w:trPr>
        <w:tc>
          <w:tcPr>
            <w:tcW w:w="680" w:type="dxa"/>
            <w:tcMar>
              <w:top w:w="95" w:type="dxa"/>
              <w:left w:w="85" w:type="dxa"/>
              <w:bottom w:w="95" w:type="dxa"/>
              <w:right w:w="85" w:type="dxa"/>
            </w:tcMar>
            <w:vAlign w:val="center"/>
          </w:tcPr>
          <w:p w14:paraId="02D96EA1" w14:textId="77777777" w:rsidR="00AB021F" w:rsidRDefault="00E53FA9">
            <w:pPr>
              <w:spacing w:after="0" w:line="257" w:lineRule="auto"/>
              <w:jc w:val="center"/>
            </w:pPr>
            <w:r>
              <w:rPr>
                <w:sz w:val="21"/>
              </w:rPr>
              <w:t>3</w:t>
            </w:r>
          </w:p>
        </w:tc>
        <w:tc>
          <w:tcPr>
            <w:tcW w:w="5783" w:type="dxa"/>
            <w:tcMar>
              <w:top w:w="95" w:type="dxa"/>
              <w:left w:w="85" w:type="dxa"/>
              <w:bottom w:w="95" w:type="dxa"/>
              <w:right w:w="85" w:type="dxa"/>
            </w:tcMar>
            <w:vAlign w:val="center"/>
          </w:tcPr>
          <w:p w14:paraId="6A75DB7F" w14:textId="77777777" w:rsidR="00AB021F" w:rsidRDefault="00E53FA9">
            <w:pPr>
              <w:spacing w:after="0" w:line="257" w:lineRule="auto"/>
            </w:pPr>
            <w:r>
              <w:rPr>
                <w:sz w:val="21"/>
              </w:rPr>
              <w:t>Disiplin cezası UBYS’ye işlenir.</w:t>
            </w:r>
          </w:p>
        </w:tc>
        <w:tc>
          <w:tcPr>
            <w:tcW w:w="2778" w:type="dxa"/>
            <w:tcMar>
              <w:top w:w="95" w:type="dxa"/>
              <w:left w:w="85" w:type="dxa"/>
              <w:bottom w:w="95" w:type="dxa"/>
              <w:right w:w="85" w:type="dxa"/>
            </w:tcMar>
            <w:vAlign w:val="center"/>
          </w:tcPr>
          <w:p w14:paraId="467289CC" w14:textId="77777777" w:rsidR="00AB021F" w:rsidRDefault="00E53FA9">
            <w:pPr>
              <w:spacing w:after="0" w:line="257" w:lineRule="auto"/>
            </w:pPr>
            <w:r>
              <w:rPr>
                <w:sz w:val="21"/>
              </w:rPr>
              <w:t>İlgili akademik birimin öğrenci işleri birimi</w:t>
            </w:r>
          </w:p>
        </w:tc>
      </w:tr>
      <w:tr w:rsidR="00AB021F" w14:paraId="10DC0FC1" w14:textId="77777777">
        <w:trPr>
          <w:jc w:val="center"/>
        </w:trPr>
        <w:tc>
          <w:tcPr>
            <w:tcW w:w="680" w:type="dxa"/>
            <w:tcMar>
              <w:top w:w="95" w:type="dxa"/>
              <w:left w:w="85" w:type="dxa"/>
              <w:bottom w:w="95" w:type="dxa"/>
              <w:right w:w="85" w:type="dxa"/>
            </w:tcMar>
            <w:vAlign w:val="center"/>
          </w:tcPr>
          <w:p w14:paraId="00399F7B" w14:textId="77777777" w:rsidR="00AB021F" w:rsidRDefault="00E53FA9">
            <w:pPr>
              <w:spacing w:after="0" w:line="257" w:lineRule="auto"/>
              <w:jc w:val="center"/>
            </w:pPr>
            <w:r>
              <w:rPr>
                <w:sz w:val="21"/>
              </w:rPr>
              <w:t>4</w:t>
            </w:r>
          </w:p>
        </w:tc>
        <w:tc>
          <w:tcPr>
            <w:tcW w:w="5783" w:type="dxa"/>
            <w:tcMar>
              <w:top w:w="95" w:type="dxa"/>
              <w:left w:w="85" w:type="dxa"/>
              <w:bottom w:w="95" w:type="dxa"/>
              <w:right w:w="85" w:type="dxa"/>
            </w:tcMar>
            <w:vAlign w:val="center"/>
          </w:tcPr>
          <w:p w14:paraId="3DA7ED2D" w14:textId="77777777" w:rsidR="00AB021F" w:rsidRDefault="00E53FA9">
            <w:pPr>
              <w:spacing w:after="0" w:line="257" w:lineRule="auto"/>
            </w:pPr>
            <w:r>
              <w:rPr>
                <w:sz w:val="21"/>
              </w:rPr>
              <w:t>Disiplin cezasına ilişkin yönetim kurulu kararı Öğrenci İşleri Daire Başkanlığına gönderilir.</w:t>
            </w:r>
          </w:p>
        </w:tc>
        <w:tc>
          <w:tcPr>
            <w:tcW w:w="2778" w:type="dxa"/>
            <w:tcMar>
              <w:top w:w="95" w:type="dxa"/>
              <w:left w:w="85" w:type="dxa"/>
              <w:bottom w:w="95" w:type="dxa"/>
              <w:right w:w="85" w:type="dxa"/>
            </w:tcMar>
            <w:vAlign w:val="center"/>
          </w:tcPr>
          <w:p w14:paraId="6E42B9BA" w14:textId="77777777" w:rsidR="00AB021F" w:rsidRDefault="00E53FA9">
            <w:pPr>
              <w:spacing w:after="0" w:line="257" w:lineRule="auto"/>
            </w:pPr>
            <w:r>
              <w:rPr>
                <w:sz w:val="21"/>
              </w:rPr>
              <w:t>İlgili Fakülte / Yüksekokul / MYO</w:t>
            </w:r>
          </w:p>
        </w:tc>
      </w:tr>
      <w:tr w:rsidR="00AB021F" w14:paraId="400490A0" w14:textId="77777777">
        <w:trPr>
          <w:jc w:val="center"/>
        </w:trPr>
        <w:tc>
          <w:tcPr>
            <w:tcW w:w="680" w:type="dxa"/>
            <w:tcMar>
              <w:top w:w="95" w:type="dxa"/>
              <w:left w:w="85" w:type="dxa"/>
              <w:bottom w:w="95" w:type="dxa"/>
              <w:right w:w="85" w:type="dxa"/>
            </w:tcMar>
            <w:vAlign w:val="center"/>
          </w:tcPr>
          <w:p w14:paraId="65552A44" w14:textId="77777777" w:rsidR="00AB021F" w:rsidRDefault="00E53FA9">
            <w:pPr>
              <w:spacing w:after="0" w:line="257" w:lineRule="auto"/>
              <w:jc w:val="center"/>
            </w:pPr>
            <w:r>
              <w:rPr>
                <w:sz w:val="21"/>
              </w:rPr>
              <w:t>5</w:t>
            </w:r>
          </w:p>
        </w:tc>
        <w:tc>
          <w:tcPr>
            <w:tcW w:w="5783" w:type="dxa"/>
            <w:tcMar>
              <w:top w:w="95" w:type="dxa"/>
              <w:left w:w="85" w:type="dxa"/>
              <w:bottom w:w="95" w:type="dxa"/>
              <w:right w:w="85" w:type="dxa"/>
            </w:tcMar>
            <w:vAlign w:val="center"/>
          </w:tcPr>
          <w:p w14:paraId="0F4353AA" w14:textId="77777777" w:rsidR="00AB021F" w:rsidRDefault="00E53FA9">
            <w:pPr>
              <w:spacing w:after="0" w:line="257" w:lineRule="auto"/>
            </w:pPr>
            <w:r>
              <w:rPr>
                <w:sz w:val="21"/>
              </w:rPr>
              <w:t>Disiplin cezası kontrol edilir.</w:t>
            </w:r>
          </w:p>
        </w:tc>
        <w:tc>
          <w:tcPr>
            <w:tcW w:w="2778" w:type="dxa"/>
            <w:tcMar>
              <w:top w:w="95" w:type="dxa"/>
              <w:left w:w="85" w:type="dxa"/>
              <w:bottom w:w="95" w:type="dxa"/>
              <w:right w:w="85" w:type="dxa"/>
            </w:tcMar>
            <w:vAlign w:val="center"/>
          </w:tcPr>
          <w:p w14:paraId="24ED55E2" w14:textId="77777777" w:rsidR="00AB021F" w:rsidRDefault="00E53FA9">
            <w:pPr>
              <w:spacing w:after="0" w:line="257" w:lineRule="auto"/>
            </w:pPr>
            <w:r>
              <w:rPr>
                <w:sz w:val="21"/>
              </w:rPr>
              <w:t>Öğrenci İşleri Daire Başkanlığı</w:t>
            </w:r>
          </w:p>
        </w:tc>
      </w:tr>
    </w:tbl>
    <w:p w14:paraId="0A2D1595" w14:textId="77777777" w:rsidR="00AB021F" w:rsidRDefault="00E53FA9">
      <w:pPr>
        <w:spacing w:before="280"/>
      </w:pPr>
      <w:r>
        <w:rPr>
          <w:b/>
        </w:rPr>
        <w:t xml:space="preserve">Uygulama notu: </w:t>
      </w:r>
      <w:r>
        <w:t>Disiplin kararının alınması, öğrenciye tebliği ve cezanın UBYS’ye işlenmesi ilgili akademik birimde; disiplin cezasının kontrolü ise Öğrenci İşleri Daire Başkanlığında yürütülür.</w:t>
      </w:r>
    </w:p>
    <w:sectPr w:rsidR="00AB021F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417" w:bottom="124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1095F1" w14:textId="77777777" w:rsidR="0071364B" w:rsidRDefault="0071364B" w:rsidP="00066EDF">
      <w:pPr>
        <w:spacing w:after="0" w:line="240" w:lineRule="auto"/>
      </w:pPr>
      <w:r>
        <w:separator/>
      </w:r>
    </w:p>
  </w:endnote>
  <w:endnote w:type="continuationSeparator" w:id="0">
    <w:p w14:paraId="1971D722" w14:textId="77777777" w:rsidR="0071364B" w:rsidRDefault="0071364B" w:rsidP="00066E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A2965" w14:textId="77777777" w:rsidR="00704530" w:rsidRDefault="0070453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0E6F90" w14:textId="77777777" w:rsidR="00704530" w:rsidRDefault="00704530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FAB8A" w14:textId="77777777" w:rsidR="00704530" w:rsidRDefault="0070453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E16919" w14:textId="77777777" w:rsidR="0071364B" w:rsidRDefault="0071364B" w:rsidP="00066EDF">
      <w:pPr>
        <w:spacing w:after="0" w:line="240" w:lineRule="auto"/>
      </w:pPr>
      <w:r>
        <w:separator/>
      </w:r>
    </w:p>
  </w:footnote>
  <w:footnote w:type="continuationSeparator" w:id="0">
    <w:p w14:paraId="07573CD3" w14:textId="77777777" w:rsidR="0071364B" w:rsidRDefault="0071364B" w:rsidP="00066E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08734D" w14:textId="77777777" w:rsidR="00704530" w:rsidRDefault="0070453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827" w:type="dxa"/>
      <w:tblInd w:w="-746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Look w:val="01E0" w:firstRow="1" w:lastRow="1" w:firstColumn="1" w:lastColumn="1" w:noHBand="0" w:noVBand="0"/>
    </w:tblPr>
    <w:tblGrid>
      <w:gridCol w:w="1826"/>
      <w:gridCol w:w="5433"/>
      <w:gridCol w:w="1701"/>
      <w:gridCol w:w="1867"/>
    </w:tblGrid>
    <w:tr w:rsidR="00066EDF" w:rsidRPr="00A16D0B" w14:paraId="20BD6E65" w14:textId="77777777" w:rsidTr="00216464">
      <w:trPr>
        <w:trHeight w:val="419"/>
      </w:trPr>
      <w:tc>
        <w:tcPr>
          <w:tcW w:w="1826" w:type="dxa"/>
          <w:vMerge w:val="restart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5AD8174F" w14:textId="77777777" w:rsidR="00066EDF" w:rsidRPr="00A16D0B" w:rsidRDefault="00066EDF" w:rsidP="00066EDF">
          <w:pPr>
            <w:pStyle w:val="stBilgi"/>
            <w:rPr>
              <w:rFonts w:cs="Times New Roman"/>
              <w:sz w:val="24"/>
              <w:szCs w:val="28"/>
            </w:rPr>
          </w:pPr>
        </w:p>
        <w:p w14:paraId="2F031C53" w14:textId="77777777" w:rsidR="00066EDF" w:rsidRPr="00A16D0B" w:rsidRDefault="00066EDF" w:rsidP="00066EDF">
          <w:pPr>
            <w:pStyle w:val="stBilgi"/>
            <w:rPr>
              <w:rFonts w:cs="Times New Roman"/>
              <w:sz w:val="24"/>
              <w:szCs w:val="28"/>
            </w:rPr>
          </w:pPr>
          <w:r w:rsidRPr="00A16D0B">
            <w:rPr>
              <w:rFonts w:cs="Times New Roman"/>
              <w:noProof/>
              <w:sz w:val="24"/>
              <w:szCs w:val="28"/>
            </w:rPr>
            <w:drawing>
              <wp:inline distT="0" distB="0" distL="0" distR="0" wp14:anchorId="7A8A08C7" wp14:editId="1C7FB0FB">
                <wp:extent cx="790575" cy="866775"/>
                <wp:effectExtent l="0" t="0" r="9525" b="9525"/>
                <wp:docPr id="1580054650" name="Resi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1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05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33" w:type="dxa"/>
          <w:vMerge w:val="restart"/>
          <w:tcBorders>
            <w:top w:val="single" w:sz="6" w:space="0" w:color="000000"/>
            <w:left w:val="single" w:sz="6" w:space="0" w:color="000000"/>
            <w:right w:val="single" w:sz="6" w:space="0" w:color="000000"/>
          </w:tcBorders>
          <w:hideMark/>
        </w:tcPr>
        <w:p w14:paraId="256261D6" w14:textId="77777777" w:rsidR="00066EDF" w:rsidRPr="00A16D0B" w:rsidRDefault="00066EDF" w:rsidP="00066EDF">
          <w:pPr>
            <w:pStyle w:val="stBilgi"/>
            <w:rPr>
              <w:rFonts w:cs="Times New Roman"/>
              <w:b/>
              <w:sz w:val="24"/>
              <w:szCs w:val="28"/>
            </w:rPr>
          </w:pPr>
        </w:p>
        <w:p w14:paraId="4A5025BC" w14:textId="77777777" w:rsidR="00066EDF" w:rsidRPr="00A16D0B" w:rsidRDefault="00066EDF" w:rsidP="00066EDF">
          <w:pPr>
            <w:pStyle w:val="stBilgi"/>
            <w:spacing w:before="120" w:after="120"/>
            <w:jc w:val="center"/>
            <w:rPr>
              <w:rFonts w:cs="Times New Roman"/>
              <w:b/>
              <w:sz w:val="24"/>
              <w:szCs w:val="28"/>
            </w:rPr>
          </w:pPr>
          <w:r w:rsidRPr="00A16D0B">
            <w:rPr>
              <w:rFonts w:cs="Times New Roman"/>
              <w:b/>
              <w:sz w:val="24"/>
              <w:szCs w:val="28"/>
            </w:rPr>
            <w:t>ARDAHAN ÜNİVERSİTESİ</w:t>
          </w:r>
        </w:p>
        <w:p w14:paraId="7FC472B6" w14:textId="77777777" w:rsidR="00066EDF" w:rsidRPr="00685785" w:rsidRDefault="00066EDF" w:rsidP="00066EDF">
          <w:pPr>
            <w:pStyle w:val="stBilgi"/>
            <w:spacing w:before="120" w:after="120"/>
            <w:jc w:val="center"/>
            <w:rPr>
              <w:rFonts w:cs="Times New Roman"/>
              <w:b/>
              <w:sz w:val="24"/>
              <w:szCs w:val="28"/>
            </w:rPr>
          </w:pPr>
          <w:r w:rsidRPr="00685785">
            <w:rPr>
              <w:rFonts w:cs="Times New Roman"/>
              <w:b/>
              <w:sz w:val="24"/>
              <w:szCs w:val="28"/>
            </w:rPr>
            <w:t>ÖĞRENCİ İŞLERİ DAİRE BAŞKANLIĞI</w:t>
          </w:r>
        </w:p>
        <w:p w14:paraId="2E71B305" w14:textId="79A6CA24" w:rsidR="00066EDF" w:rsidRPr="00A16D0B" w:rsidRDefault="00066EDF" w:rsidP="00066EDF">
          <w:pPr>
            <w:spacing w:after="320"/>
            <w:jc w:val="center"/>
          </w:pPr>
          <w:r>
            <w:rPr>
              <w:b/>
              <w:sz w:val="24"/>
            </w:rPr>
            <w:t>ÖĞRENCİ DİSİPLİN İŞLEMLERİ</w:t>
          </w:r>
          <w:r>
            <w:rPr>
              <w:b/>
              <w:sz w:val="24"/>
            </w:rPr>
            <w:br/>
            <w:t>UYGULAMA REHBERİ</w:t>
          </w:r>
        </w:p>
      </w:tc>
      <w:tc>
        <w:tcPr>
          <w:tcW w:w="1701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14:paraId="5AED86E1" w14:textId="77777777" w:rsidR="00066EDF" w:rsidRPr="00A16D0B" w:rsidRDefault="00066EDF" w:rsidP="00066EDF">
          <w:pPr>
            <w:pStyle w:val="stBilgi"/>
            <w:rPr>
              <w:rFonts w:cs="Times New Roman"/>
              <w:sz w:val="20"/>
              <w:szCs w:val="20"/>
            </w:rPr>
          </w:pPr>
          <w:r w:rsidRPr="00A16D0B">
            <w:rPr>
              <w:rFonts w:cs="Times New Roman"/>
              <w:sz w:val="20"/>
              <w:szCs w:val="20"/>
            </w:rPr>
            <w:t>Doküman No:</w:t>
          </w:r>
        </w:p>
      </w:tc>
      <w:tc>
        <w:tcPr>
          <w:tcW w:w="186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14:paraId="655C4B30" w14:textId="24F2B514" w:rsidR="00066EDF" w:rsidRPr="00A16D0B" w:rsidRDefault="00066EDF" w:rsidP="00066EDF">
          <w:pPr>
            <w:pStyle w:val="stBilgi"/>
            <w:rPr>
              <w:rFonts w:cs="Times New Roman"/>
              <w:sz w:val="20"/>
              <w:szCs w:val="20"/>
            </w:rPr>
          </w:pPr>
          <w:r w:rsidRPr="00A16D0B">
            <w:rPr>
              <w:rFonts w:cs="Times New Roman"/>
              <w:sz w:val="20"/>
              <w:szCs w:val="20"/>
            </w:rPr>
            <w:t>ARÜ.</w:t>
          </w:r>
          <w:r w:rsidRPr="00AC0B8A">
            <w:rPr>
              <w:rFonts w:cs="Times New Roman"/>
              <w:sz w:val="20"/>
              <w:szCs w:val="20"/>
            </w:rPr>
            <w:t>ÖİDB.UR</w:t>
          </w:r>
          <w:r w:rsidRPr="00A16D0B">
            <w:rPr>
              <w:rFonts w:cs="Times New Roman"/>
              <w:sz w:val="20"/>
              <w:szCs w:val="20"/>
            </w:rPr>
            <w:t>.0</w:t>
          </w:r>
          <w:r w:rsidR="00704530">
            <w:rPr>
              <w:rFonts w:cs="Times New Roman"/>
              <w:sz w:val="20"/>
              <w:szCs w:val="20"/>
            </w:rPr>
            <w:t>13</w:t>
          </w:r>
        </w:p>
      </w:tc>
    </w:tr>
    <w:tr w:rsidR="00066EDF" w:rsidRPr="00A16D0B" w14:paraId="02F1D5A5" w14:textId="77777777" w:rsidTr="00216464">
      <w:trPr>
        <w:trHeight w:val="403"/>
      </w:trPr>
      <w:tc>
        <w:tcPr>
          <w:tcW w:w="1826" w:type="dxa"/>
          <w:vMerge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  <w:hideMark/>
        </w:tcPr>
        <w:p w14:paraId="1E40D922" w14:textId="77777777" w:rsidR="00066EDF" w:rsidRPr="00A16D0B" w:rsidRDefault="00066EDF" w:rsidP="00066EDF">
          <w:pPr>
            <w:pStyle w:val="stBilgi"/>
            <w:rPr>
              <w:rFonts w:cs="Times New Roman"/>
              <w:sz w:val="24"/>
              <w:szCs w:val="28"/>
            </w:rPr>
          </w:pPr>
        </w:p>
      </w:tc>
      <w:tc>
        <w:tcPr>
          <w:tcW w:w="5433" w:type="dxa"/>
          <w:vMerge/>
          <w:tcBorders>
            <w:left w:val="single" w:sz="6" w:space="0" w:color="000000"/>
            <w:right w:val="single" w:sz="6" w:space="0" w:color="000000"/>
          </w:tcBorders>
          <w:hideMark/>
        </w:tcPr>
        <w:p w14:paraId="38D6A8EC" w14:textId="77777777" w:rsidR="00066EDF" w:rsidRPr="00A16D0B" w:rsidRDefault="00066EDF" w:rsidP="00066EDF">
          <w:pPr>
            <w:pStyle w:val="stBilgi"/>
            <w:jc w:val="center"/>
            <w:rPr>
              <w:rFonts w:cs="Times New Roman"/>
              <w:b/>
              <w:sz w:val="24"/>
              <w:szCs w:val="28"/>
            </w:rPr>
          </w:pPr>
        </w:p>
      </w:tc>
      <w:tc>
        <w:tcPr>
          <w:tcW w:w="1701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14:paraId="1E1B28B9" w14:textId="77777777" w:rsidR="00066EDF" w:rsidRPr="00A16D0B" w:rsidRDefault="00066EDF" w:rsidP="00066EDF">
          <w:pPr>
            <w:pStyle w:val="stBilgi"/>
            <w:rPr>
              <w:rFonts w:cs="Times New Roman"/>
              <w:sz w:val="20"/>
              <w:szCs w:val="20"/>
            </w:rPr>
          </w:pPr>
          <w:r w:rsidRPr="00A16D0B">
            <w:rPr>
              <w:rFonts w:cs="Times New Roman"/>
              <w:sz w:val="20"/>
              <w:szCs w:val="20"/>
            </w:rPr>
            <w:t>İlk Yayın Tarihi:</w:t>
          </w:r>
        </w:p>
      </w:tc>
      <w:tc>
        <w:tcPr>
          <w:tcW w:w="186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14:paraId="12F60386" w14:textId="77777777" w:rsidR="00066EDF" w:rsidRPr="00A16D0B" w:rsidRDefault="00066EDF" w:rsidP="00066EDF">
          <w:pPr>
            <w:pStyle w:val="stBilgi"/>
            <w:rPr>
              <w:rFonts w:cs="Times New Roman"/>
              <w:sz w:val="20"/>
              <w:szCs w:val="20"/>
            </w:rPr>
          </w:pPr>
          <w:r w:rsidRPr="00AC0B8A">
            <w:rPr>
              <w:rFonts w:cs="Times New Roman"/>
              <w:sz w:val="20"/>
              <w:szCs w:val="20"/>
            </w:rPr>
            <w:t>2</w:t>
          </w:r>
          <w:r w:rsidRPr="00A16D0B">
            <w:rPr>
              <w:rFonts w:cs="Times New Roman"/>
              <w:sz w:val="20"/>
              <w:szCs w:val="20"/>
            </w:rPr>
            <w:t>3.</w:t>
          </w:r>
          <w:r w:rsidRPr="00AC0B8A">
            <w:rPr>
              <w:rFonts w:cs="Times New Roman"/>
              <w:sz w:val="20"/>
              <w:szCs w:val="20"/>
            </w:rPr>
            <w:t>1</w:t>
          </w:r>
          <w:r w:rsidRPr="00A16D0B">
            <w:rPr>
              <w:rFonts w:cs="Times New Roman"/>
              <w:sz w:val="20"/>
              <w:szCs w:val="20"/>
            </w:rPr>
            <w:t>0.2026</w:t>
          </w:r>
        </w:p>
      </w:tc>
    </w:tr>
    <w:tr w:rsidR="00066EDF" w:rsidRPr="00A16D0B" w14:paraId="600EB85A" w14:textId="77777777" w:rsidTr="00216464">
      <w:trPr>
        <w:trHeight w:val="419"/>
      </w:trPr>
      <w:tc>
        <w:tcPr>
          <w:tcW w:w="1826" w:type="dxa"/>
          <w:vMerge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  <w:hideMark/>
        </w:tcPr>
        <w:p w14:paraId="129DC3A1" w14:textId="77777777" w:rsidR="00066EDF" w:rsidRPr="00A16D0B" w:rsidRDefault="00066EDF" w:rsidP="00066EDF">
          <w:pPr>
            <w:pStyle w:val="stBilgi"/>
            <w:rPr>
              <w:rFonts w:cs="Times New Roman"/>
              <w:sz w:val="24"/>
              <w:szCs w:val="28"/>
            </w:rPr>
          </w:pPr>
        </w:p>
      </w:tc>
      <w:tc>
        <w:tcPr>
          <w:tcW w:w="5433" w:type="dxa"/>
          <w:vMerge/>
          <w:tcBorders>
            <w:left w:val="single" w:sz="6" w:space="0" w:color="000000"/>
            <w:right w:val="single" w:sz="6" w:space="0" w:color="000000"/>
          </w:tcBorders>
          <w:vAlign w:val="center"/>
          <w:hideMark/>
        </w:tcPr>
        <w:p w14:paraId="4966C32B" w14:textId="77777777" w:rsidR="00066EDF" w:rsidRPr="00A16D0B" w:rsidRDefault="00066EDF" w:rsidP="00066EDF">
          <w:pPr>
            <w:pStyle w:val="stBilgi"/>
            <w:rPr>
              <w:rFonts w:cs="Times New Roman"/>
              <w:b/>
              <w:sz w:val="24"/>
              <w:szCs w:val="28"/>
            </w:rPr>
          </w:pPr>
        </w:p>
      </w:tc>
      <w:tc>
        <w:tcPr>
          <w:tcW w:w="1701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14:paraId="065A24A3" w14:textId="77777777" w:rsidR="00066EDF" w:rsidRPr="00A16D0B" w:rsidRDefault="00066EDF" w:rsidP="00066EDF">
          <w:pPr>
            <w:pStyle w:val="stBilgi"/>
            <w:rPr>
              <w:rFonts w:cs="Times New Roman"/>
              <w:sz w:val="20"/>
              <w:szCs w:val="20"/>
            </w:rPr>
          </w:pPr>
          <w:r w:rsidRPr="00A16D0B">
            <w:rPr>
              <w:rFonts w:cs="Times New Roman"/>
              <w:sz w:val="20"/>
              <w:szCs w:val="20"/>
            </w:rPr>
            <w:t>Revizyon Tarihi:</w:t>
          </w:r>
        </w:p>
      </w:tc>
      <w:tc>
        <w:tcPr>
          <w:tcW w:w="186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14:paraId="4B3C36CA" w14:textId="77777777" w:rsidR="00066EDF" w:rsidRPr="00A16D0B" w:rsidRDefault="00066EDF" w:rsidP="00066EDF">
          <w:pPr>
            <w:pStyle w:val="stBilgi"/>
            <w:rPr>
              <w:rFonts w:cs="Times New Roman"/>
              <w:sz w:val="20"/>
              <w:szCs w:val="20"/>
            </w:rPr>
          </w:pPr>
          <w:r w:rsidRPr="00A16D0B">
            <w:rPr>
              <w:rFonts w:cs="Times New Roman"/>
              <w:sz w:val="20"/>
              <w:szCs w:val="20"/>
            </w:rPr>
            <w:t>-</w:t>
          </w:r>
        </w:p>
      </w:tc>
    </w:tr>
    <w:tr w:rsidR="00066EDF" w:rsidRPr="00A16D0B" w14:paraId="51C0E1BA" w14:textId="77777777" w:rsidTr="00216464">
      <w:trPr>
        <w:trHeight w:val="403"/>
      </w:trPr>
      <w:tc>
        <w:tcPr>
          <w:tcW w:w="1826" w:type="dxa"/>
          <w:vMerge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  <w:hideMark/>
        </w:tcPr>
        <w:p w14:paraId="2FC32DC9" w14:textId="77777777" w:rsidR="00066EDF" w:rsidRPr="00A16D0B" w:rsidRDefault="00066EDF" w:rsidP="00066EDF">
          <w:pPr>
            <w:pStyle w:val="stBilgi"/>
            <w:rPr>
              <w:rFonts w:cs="Times New Roman"/>
              <w:sz w:val="24"/>
              <w:szCs w:val="28"/>
            </w:rPr>
          </w:pPr>
        </w:p>
      </w:tc>
      <w:tc>
        <w:tcPr>
          <w:tcW w:w="5433" w:type="dxa"/>
          <w:vMerge/>
          <w:tcBorders>
            <w:left w:val="single" w:sz="6" w:space="0" w:color="000000"/>
            <w:right w:val="single" w:sz="6" w:space="0" w:color="000000"/>
          </w:tcBorders>
          <w:vAlign w:val="center"/>
          <w:hideMark/>
        </w:tcPr>
        <w:p w14:paraId="6DC050BB" w14:textId="77777777" w:rsidR="00066EDF" w:rsidRPr="00A16D0B" w:rsidRDefault="00066EDF" w:rsidP="00066EDF">
          <w:pPr>
            <w:pStyle w:val="stBilgi"/>
            <w:rPr>
              <w:rFonts w:cs="Times New Roman"/>
              <w:b/>
              <w:sz w:val="24"/>
              <w:szCs w:val="28"/>
            </w:rPr>
          </w:pPr>
        </w:p>
      </w:tc>
      <w:tc>
        <w:tcPr>
          <w:tcW w:w="1701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14:paraId="05E6188A" w14:textId="77777777" w:rsidR="00066EDF" w:rsidRPr="00A16D0B" w:rsidRDefault="00066EDF" w:rsidP="00066EDF">
          <w:pPr>
            <w:pStyle w:val="stBilgi"/>
            <w:rPr>
              <w:rFonts w:cs="Times New Roman"/>
              <w:sz w:val="20"/>
              <w:szCs w:val="20"/>
            </w:rPr>
          </w:pPr>
          <w:r w:rsidRPr="00A16D0B">
            <w:rPr>
              <w:rFonts w:cs="Times New Roman"/>
              <w:sz w:val="20"/>
              <w:szCs w:val="20"/>
            </w:rPr>
            <w:t>Revizyon No:</w:t>
          </w:r>
        </w:p>
      </w:tc>
      <w:tc>
        <w:tcPr>
          <w:tcW w:w="186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14:paraId="67480A52" w14:textId="77777777" w:rsidR="00066EDF" w:rsidRPr="00A16D0B" w:rsidRDefault="00066EDF" w:rsidP="00066EDF">
          <w:pPr>
            <w:pStyle w:val="stBilgi"/>
            <w:rPr>
              <w:rFonts w:cs="Times New Roman"/>
              <w:sz w:val="20"/>
              <w:szCs w:val="20"/>
            </w:rPr>
          </w:pPr>
          <w:r w:rsidRPr="00A16D0B">
            <w:rPr>
              <w:rFonts w:cs="Times New Roman"/>
              <w:sz w:val="20"/>
              <w:szCs w:val="20"/>
            </w:rPr>
            <w:t>0</w:t>
          </w:r>
        </w:p>
      </w:tc>
    </w:tr>
    <w:tr w:rsidR="00066EDF" w:rsidRPr="00A16D0B" w14:paraId="603208D7" w14:textId="77777777" w:rsidTr="00216464">
      <w:trPr>
        <w:trHeight w:val="403"/>
      </w:trPr>
      <w:tc>
        <w:tcPr>
          <w:tcW w:w="1826" w:type="dxa"/>
          <w:vMerge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  <w:hideMark/>
        </w:tcPr>
        <w:p w14:paraId="6FA072A9" w14:textId="77777777" w:rsidR="00066EDF" w:rsidRPr="00A16D0B" w:rsidRDefault="00066EDF" w:rsidP="00066EDF">
          <w:pPr>
            <w:pStyle w:val="stBilgi"/>
            <w:rPr>
              <w:rFonts w:cs="Times New Roman"/>
              <w:sz w:val="24"/>
              <w:szCs w:val="28"/>
            </w:rPr>
          </w:pPr>
        </w:p>
      </w:tc>
      <w:tc>
        <w:tcPr>
          <w:tcW w:w="5433" w:type="dxa"/>
          <w:vMerge/>
          <w:tcBorders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  <w:hideMark/>
        </w:tcPr>
        <w:p w14:paraId="795BB248" w14:textId="77777777" w:rsidR="00066EDF" w:rsidRPr="00A16D0B" w:rsidRDefault="00066EDF" w:rsidP="00066EDF">
          <w:pPr>
            <w:pStyle w:val="stBilgi"/>
            <w:rPr>
              <w:rFonts w:cs="Times New Roman"/>
              <w:b/>
              <w:sz w:val="24"/>
              <w:szCs w:val="28"/>
            </w:rPr>
          </w:pPr>
        </w:p>
      </w:tc>
      <w:tc>
        <w:tcPr>
          <w:tcW w:w="1701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14:paraId="4DD35BC8" w14:textId="77777777" w:rsidR="00066EDF" w:rsidRPr="00A16D0B" w:rsidRDefault="00066EDF" w:rsidP="00066EDF">
          <w:pPr>
            <w:pStyle w:val="stBilgi"/>
            <w:rPr>
              <w:rFonts w:cs="Times New Roman"/>
              <w:sz w:val="20"/>
              <w:szCs w:val="20"/>
            </w:rPr>
          </w:pPr>
          <w:r w:rsidRPr="00A16D0B">
            <w:rPr>
              <w:rFonts w:cs="Times New Roman"/>
              <w:sz w:val="20"/>
              <w:szCs w:val="20"/>
            </w:rPr>
            <w:t>Sayfa:</w:t>
          </w:r>
        </w:p>
      </w:tc>
      <w:tc>
        <w:tcPr>
          <w:tcW w:w="186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14:paraId="4074E996" w14:textId="77777777" w:rsidR="00066EDF" w:rsidRPr="00A16D0B" w:rsidRDefault="00066EDF" w:rsidP="00066EDF">
          <w:pPr>
            <w:pStyle w:val="stBilgi"/>
            <w:rPr>
              <w:rFonts w:cs="Times New Roman"/>
              <w:sz w:val="20"/>
              <w:szCs w:val="20"/>
            </w:rPr>
          </w:pPr>
          <w:r w:rsidRPr="00AC0B8A">
            <w:rPr>
              <w:rFonts w:cs="Times New Roman"/>
              <w:sz w:val="20"/>
              <w:szCs w:val="20"/>
            </w:rPr>
            <w:fldChar w:fldCharType="begin"/>
          </w:r>
          <w:r w:rsidRPr="00AC0B8A">
            <w:rPr>
              <w:rFonts w:cs="Times New Roman"/>
              <w:sz w:val="20"/>
              <w:szCs w:val="20"/>
            </w:rPr>
            <w:instrText xml:space="preserve"> PAGE   \* MERGEFORMAT </w:instrText>
          </w:r>
          <w:r w:rsidRPr="00AC0B8A">
            <w:rPr>
              <w:rFonts w:cs="Times New Roman"/>
              <w:sz w:val="20"/>
              <w:szCs w:val="20"/>
            </w:rPr>
            <w:fldChar w:fldCharType="separate"/>
          </w:r>
          <w:r w:rsidRPr="00AC0B8A">
            <w:rPr>
              <w:rFonts w:cs="Times New Roman"/>
              <w:noProof/>
              <w:sz w:val="20"/>
              <w:szCs w:val="20"/>
            </w:rPr>
            <w:t>1</w:t>
          </w:r>
          <w:r w:rsidRPr="00AC0B8A">
            <w:rPr>
              <w:rFonts w:cs="Times New Roman"/>
              <w:sz w:val="20"/>
              <w:szCs w:val="20"/>
            </w:rPr>
            <w:fldChar w:fldCharType="end"/>
          </w:r>
          <w:r w:rsidRPr="00A16D0B">
            <w:rPr>
              <w:rFonts w:cs="Times New Roman"/>
              <w:sz w:val="20"/>
              <w:szCs w:val="20"/>
            </w:rPr>
            <w:t>/</w:t>
          </w:r>
          <w:r w:rsidRPr="00AC0B8A">
            <w:rPr>
              <w:rFonts w:cs="Times New Roman"/>
              <w:sz w:val="20"/>
              <w:szCs w:val="20"/>
            </w:rPr>
            <w:t>1</w:t>
          </w:r>
        </w:p>
      </w:tc>
    </w:tr>
  </w:tbl>
  <w:p w14:paraId="6F3CF88B" w14:textId="77777777" w:rsidR="00066EDF" w:rsidRDefault="00066EDF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72412" w14:textId="77777777" w:rsidR="00704530" w:rsidRDefault="00704530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65453401">
    <w:abstractNumId w:val="8"/>
  </w:num>
  <w:num w:numId="2" w16cid:durableId="1842425594">
    <w:abstractNumId w:val="6"/>
  </w:num>
  <w:num w:numId="3" w16cid:durableId="1824156017">
    <w:abstractNumId w:val="5"/>
  </w:num>
  <w:num w:numId="4" w16cid:durableId="218519809">
    <w:abstractNumId w:val="4"/>
  </w:num>
  <w:num w:numId="5" w16cid:durableId="290863615">
    <w:abstractNumId w:val="7"/>
  </w:num>
  <w:num w:numId="6" w16cid:durableId="1369835325">
    <w:abstractNumId w:val="3"/>
  </w:num>
  <w:num w:numId="7" w16cid:durableId="347297108">
    <w:abstractNumId w:val="2"/>
  </w:num>
  <w:num w:numId="8" w16cid:durableId="1388263100">
    <w:abstractNumId w:val="1"/>
  </w:num>
  <w:num w:numId="9" w16cid:durableId="19756724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6EDF"/>
    <w:rsid w:val="0015074B"/>
    <w:rsid w:val="00235D4F"/>
    <w:rsid w:val="0029639D"/>
    <w:rsid w:val="00326F90"/>
    <w:rsid w:val="00352E1B"/>
    <w:rsid w:val="00396B02"/>
    <w:rsid w:val="005E0949"/>
    <w:rsid w:val="00704530"/>
    <w:rsid w:val="0071364B"/>
    <w:rsid w:val="00A83573"/>
    <w:rsid w:val="00AA1D8D"/>
    <w:rsid w:val="00AB021F"/>
    <w:rsid w:val="00B47730"/>
    <w:rsid w:val="00CB0664"/>
    <w:rsid w:val="00E53FA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686560"/>
  <w14:defaultImageDpi w14:val="300"/>
  <w15:docId w15:val="{E8C59444-0A42-2740-BE2B-D133A4160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Times New Roman" w:hAnsi="Times New Roman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Öğrenci Disiplin İşlemleri Uygulama Rehberi</dc:title>
  <dc:subject/>
  <dc:creator>Şeyda İşler</dc:creator>
  <cp:keywords/>
  <dc:description>generated by python-docx</dc:description>
  <cp:lastModifiedBy>Windows</cp:lastModifiedBy>
  <cp:revision>4</cp:revision>
  <dcterms:created xsi:type="dcterms:W3CDTF">2026-10-21T08:15:00Z</dcterms:created>
  <dcterms:modified xsi:type="dcterms:W3CDTF">2026-10-23T07:34:00Z</dcterms:modified>
  <cp:category/>
</cp:coreProperties>
</file>