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1E95" w14:textId="18D06458" w:rsidR="00262473" w:rsidRDefault="00262473">
      <w:pPr>
        <w:spacing w:after="240"/>
        <w:jc w:val="center"/>
      </w:pPr>
    </w:p>
    <w:tbl>
      <w:tblPr>
        <w:tblW w:w="10828" w:type="dxa"/>
        <w:jc w:val="center"/>
        <w:tblLayout w:type="fixed"/>
        <w:tblLook w:val="04A0" w:firstRow="1" w:lastRow="0" w:firstColumn="1" w:lastColumn="0" w:noHBand="0" w:noVBand="1"/>
      </w:tblPr>
      <w:tblGrid>
        <w:gridCol w:w="2558"/>
        <w:gridCol w:w="5712"/>
        <w:gridCol w:w="2558"/>
      </w:tblGrid>
      <w:tr w:rsidR="00262473" w14:paraId="0E2FD02B" w14:textId="77777777" w:rsidTr="00165D87">
        <w:trPr>
          <w:trHeight w:val="276"/>
          <w:jc w:val="center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6AC337B5" w14:textId="77777777" w:rsidR="00262473" w:rsidRDefault="008B03C8">
            <w:pPr>
              <w:spacing w:after="0"/>
              <w:jc w:val="center"/>
            </w:pPr>
            <w:r>
              <w:rPr>
                <w:b/>
                <w:sz w:val="20"/>
              </w:rPr>
              <w:t>No</w:t>
            </w:r>
          </w:p>
        </w:tc>
        <w:tc>
          <w:tcPr>
            <w:tcW w:w="5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5E3D0513" w14:textId="77777777" w:rsidR="00262473" w:rsidRDefault="008B03C8">
            <w:pPr>
              <w:spacing w:after="0"/>
              <w:jc w:val="center"/>
            </w:pPr>
            <w:r>
              <w:rPr>
                <w:b/>
                <w:sz w:val="20"/>
              </w:rPr>
              <w:t>Yapılacak İşlem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65F8A070" w14:textId="77777777" w:rsidR="00262473" w:rsidRDefault="008B03C8">
            <w:pPr>
              <w:spacing w:after="0"/>
              <w:jc w:val="center"/>
            </w:pPr>
            <w:r>
              <w:rPr>
                <w:b/>
                <w:sz w:val="20"/>
              </w:rPr>
              <w:t>Sorumlu</w:t>
            </w:r>
          </w:p>
        </w:tc>
      </w:tr>
      <w:tr w:rsidR="00262473" w14:paraId="5F4F8D11" w14:textId="77777777" w:rsidTr="00165D87">
        <w:trPr>
          <w:trHeight w:val="613"/>
          <w:jc w:val="center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5B51AF2D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5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67BA3BF8" w14:textId="77777777" w:rsidR="00262473" w:rsidRDefault="008B03C8">
            <w:pPr>
              <w:spacing w:before="40" w:after="40"/>
            </w:pPr>
            <w:r>
              <w:rPr>
                <w:sz w:val="20"/>
              </w:rPr>
              <w:t>Öğrenci, akademik takvimde belirtilen süre içerisinde ders kaydını ÜBYS üzerinden yapar.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6E9B8523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Öğrenci</w:t>
            </w:r>
          </w:p>
        </w:tc>
      </w:tr>
      <w:tr w:rsidR="00262473" w14:paraId="757CB2BC" w14:textId="77777777" w:rsidTr="00165D87">
        <w:trPr>
          <w:trHeight w:val="368"/>
          <w:jc w:val="center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09E3C109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5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0171336A" w14:textId="77777777" w:rsidR="00262473" w:rsidRDefault="008B03C8">
            <w:pPr>
              <w:spacing w:before="40" w:after="40"/>
            </w:pPr>
            <w:r>
              <w:rPr>
                <w:sz w:val="20"/>
              </w:rPr>
              <w:t>Seçilen dersler sistem üzerinden danışman onayına gönderilir.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6ECE255F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Öğrenci</w:t>
            </w:r>
          </w:p>
        </w:tc>
      </w:tr>
      <w:tr w:rsidR="00262473" w14:paraId="15A9C8F1" w14:textId="77777777" w:rsidTr="00165D87">
        <w:trPr>
          <w:trHeight w:val="351"/>
          <w:jc w:val="center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4BE1BA07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5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2DAA6F64" w14:textId="77777777" w:rsidR="00262473" w:rsidRDefault="008B03C8">
            <w:pPr>
              <w:spacing w:before="40" w:after="40"/>
            </w:pPr>
            <w:r>
              <w:rPr>
                <w:sz w:val="20"/>
              </w:rPr>
              <w:t>Danışman, dersleri AKTS (ECTS) ve kredi uygunluğu bakımından inceler.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7E8028CA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Danışman</w:t>
            </w:r>
          </w:p>
        </w:tc>
      </w:tr>
      <w:tr w:rsidR="00262473" w14:paraId="17C4A77D" w14:textId="77777777" w:rsidTr="00165D87">
        <w:trPr>
          <w:trHeight w:val="890"/>
          <w:jc w:val="center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2D8E8D42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5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50CDF04C" w14:textId="77777777" w:rsidR="00262473" w:rsidRDefault="008B03C8">
            <w:pPr>
              <w:spacing w:before="40" w:after="40"/>
            </w:pPr>
            <w:r>
              <w:rPr>
                <w:sz w:val="20"/>
              </w:rPr>
              <w:t>Uygun olmayan dersler, ders ekleme-çıkarma haftası içinde düzeltilmek üzere öğrenciye geri gönderilir. Öğrenci gerekli düzeltmeleri yaparak derslerini yeniden onaya sunar.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07886CDA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Öğrenci / Danışman</w:t>
            </w:r>
          </w:p>
        </w:tc>
      </w:tr>
      <w:tr w:rsidR="00262473" w14:paraId="5B01A537" w14:textId="77777777" w:rsidTr="00165D87">
        <w:trPr>
          <w:trHeight w:val="351"/>
          <w:jc w:val="center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6E5A140A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5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10BFB53A" w14:textId="77777777" w:rsidR="00262473" w:rsidRDefault="008B03C8">
            <w:pPr>
              <w:spacing w:before="40" w:after="40"/>
            </w:pPr>
            <w:r>
              <w:rPr>
                <w:sz w:val="20"/>
              </w:rPr>
              <w:t>Uygun bulunan ders kaydı, danışman tarafından ÜBYS üzerinden onaylanır.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259833A2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Danışman</w:t>
            </w:r>
          </w:p>
        </w:tc>
      </w:tr>
      <w:tr w:rsidR="00262473" w14:paraId="230AAA07" w14:textId="77777777" w:rsidTr="00165D87">
        <w:trPr>
          <w:trHeight w:val="368"/>
          <w:jc w:val="center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692C273D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5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5DEA3D74" w14:textId="77777777" w:rsidR="00262473" w:rsidRDefault="008B03C8">
            <w:pPr>
              <w:spacing w:before="40" w:after="40"/>
            </w:pPr>
            <w:r>
              <w:rPr>
                <w:sz w:val="20"/>
              </w:rPr>
              <w:t>Danışman onayıyla ders ekleme-çıkarma işlemi tamamlanır.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85" w:type="dxa"/>
              <w:bottom w:w="100" w:type="dxa"/>
              <w:right w:w="85" w:type="dxa"/>
            </w:tcMar>
            <w:vAlign w:val="center"/>
          </w:tcPr>
          <w:p w14:paraId="7E44735D" w14:textId="77777777" w:rsidR="00262473" w:rsidRDefault="008B03C8">
            <w:pPr>
              <w:spacing w:before="40" w:after="40"/>
              <w:jc w:val="center"/>
            </w:pPr>
            <w:r>
              <w:rPr>
                <w:sz w:val="20"/>
              </w:rPr>
              <w:t>Danışman</w:t>
            </w:r>
          </w:p>
        </w:tc>
      </w:tr>
    </w:tbl>
    <w:p w14:paraId="6B29901A" w14:textId="1A12A503" w:rsidR="00262473" w:rsidRDefault="00262473" w:rsidP="007572DC">
      <w:pPr>
        <w:spacing w:before="200" w:after="0"/>
      </w:pPr>
    </w:p>
    <w:sectPr w:rsidR="0026247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61" w:right="1304" w:bottom="1361" w:left="130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A2E2D" w14:textId="77777777" w:rsidR="00FF0094" w:rsidRDefault="00FF0094" w:rsidP="00747199">
      <w:pPr>
        <w:spacing w:after="0" w:line="240" w:lineRule="auto"/>
      </w:pPr>
      <w:r>
        <w:separator/>
      </w:r>
    </w:p>
  </w:endnote>
  <w:endnote w:type="continuationSeparator" w:id="0">
    <w:p w14:paraId="05A78DEF" w14:textId="77777777" w:rsidR="00FF0094" w:rsidRDefault="00FF0094" w:rsidP="00747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DC09" w14:textId="77777777" w:rsidR="00747199" w:rsidRDefault="0074719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5239" w14:textId="77777777" w:rsidR="00747199" w:rsidRDefault="007471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5229" w14:textId="77777777" w:rsidR="00747199" w:rsidRDefault="007471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06871" w14:textId="77777777" w:rsidR="00FF0094" w:rsidRDefault="00FF0094" w:rsidP="00747199">
      <w:pPr>
        <w:spacing w:after="0" w:line="240" w:lineRule="auto"/>
      </w:pPr>
      <w:r>
        <w:separator/>
      </w:r>
    </w:p>
  </w:footnote>
  <w:footnote w:type="continuationSeparator" w:id="0">
    <w:p w14:paraId="6F1EF7B0" w14:textId="77777777" w:rsidR="00FF0094" w:rsidRDefault="00FF0094" w:rsidP="00747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13C53" w14:textId="77777777" w:rsidR="00747199" w:rsidRDefault="007471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4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984"/>
    </w:tblGrid>
    <w:tr w:rsidR="00747199" w:rsidRPr="00A16D0B" w14:paraId="41D10BD9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B155FA5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  <w:p w14:paraId="7E032F0E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noProof/>
              <w:sz w:val="24"/>
              <w:szCs w:val="28"/>
            </w:rPr>
            <w:drawing>
              <wp:inline distT="0" distB="0" distL="0" distR="0" wp14:anchorId="328ADF32" wp14:editId="14A14AF9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5B311E80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  <w:p w14:paraId="066BFC6E" w14:textId="77777777" w:rsidR="00747199" w:rsidRPr="00A16D0B" w:rsidRDefault="00747199" w:rsidP="00747199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16D0B">
            <w:rPr>
              <w:rFonts w:ascii="Times New Roman" w:hAnsi="Times New Roman" w:cs="Times New Roman"/>
              <w:b/>
              <w:sz w:val="24"/>
              <w:szCs w:val="24"/>
            </w:rPr>
            <w:t>ARDAHAN ÜNİVERSİTESİ</w:t>
          </w:r>
        </w:p>
        <w:p w14:paraId="77BFB8F6" w14:textId="77777777" w:rsidR="00747199" w:rsidRPr="00335427" w:rsidRDefault="00747199" w:rsidP="00747199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35427">
            <w:rPr>
              <w:rFonts w:ascii="Times New Roman" w:hAnsi="Times New Roman" w:cs="Times New Roman"/>
              <w:b/>
              <w:sz w:val="24"/>
              <w:szCs w:val="24"/>
            </w:rPr>
            <w:t>ÖĞRENCİ İŞLERİ DAİRE BAŞKANLIĞI</w:t>
          </w:r>
        </w:p>
        <w:p w14:paraId="1127ADA1" w14:textId="79E672D6" w:rsidR="00747199" w:rsidRPr="00A16D0B" w:rsidRDefault="00747199" w:rsidP="00747199">
          <w:pPr>
            <w:spacing w:after="40"/>
            <w:jc w:val="center"/>
            <w:rPr>
              <w:sz w:val="20"/>
            </w:rPr>
          </w:pPr>
          <w:r w:rsidRPr="00747199">
            <w:rPr>
              <w:rFonts w:ascii="Times New Roman" w:hAnsi="Times New Roman" w:cs="Times New Roman"/>
              <w:b/>
              <w:sz w:val="24"/>
              <w:szCs w:val="24"/>
            </w:rPr>
            <w:t>DERS EKLEME-ÇIKARMA İŞLEMLERİ 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A3CC17F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7D7EDF8" w14:textId="58DC70FE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ARÜ.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t>ÖİDB.UR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.0</w:t>
          </w:r>
          <w:r w:rsidR="006D4254"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</w:tr>
    <w:tr w:rsidR="00747199" w:rsidRPr="00A16D0B" w14:paraId="3B91AB99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BC06BFC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6FFB6874" w14:textId="77777777" w:rsidR="00747199" w:rsidRPr="00A16D0B" w:rsidRDefault="00747199" w:rsidP="00747199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AE3160A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4D146B1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5427">
            <w:rPr>
              <w:rFonts w:ascii="Times New Roman" w:hAnsi="Times New Roman" w:cs="Times New Roman"/>
              <w:sz w:val="20"/>
              <w:szCs w:val="20"/>
            </w:rPr>
            <w:t>2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3.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t>1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0.2026</w:t>
          </w:r>
        </w:p>
      </w:tc>
    </w:tr>
    <w:tr w:rsidR="00747199" w:rsidRPr="00A16D0B" w14:paraId="770BC076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5E70E85E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2C8F4B8C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051F4D5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32A40FC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747199" w:rsidRPr="00A16D0B" w14:paraId="3C05BBC5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18E3628F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648CCCE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1E5F845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E722517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0</w:t>
          </w:r>
        </w:p>
      </w:tc>
    </w:tr>
    <w:tr w:rsidR="00747199" w:rsidRPr="00A16D0B" w14:paraId="1001DD13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43015B4B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6182736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7A509BA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Sayfa: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6172E681" w14:textId="77777777" w:rsidR="00747199" w:rsidRPr="00A16D0B" w:rsidRDefault="00747199" w:rsidP="0074719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instrText xml:space="preserve"> PAGE   \* MERGEFORMAT </w:instrTex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33542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t>1</w:t>
          </w:r>
        </w:p>
      </w:tc>
    </w:tr>
  </w:tbl>
  <w:p w14:paraId="69DBF339" w14:textId="77777777" w:rsidR="00747199" w:rsidRDefault="0074719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254D" w14:textId="77777777" w:rsidR="00747199" w:rsidRDefault="0074719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3590648">
    <w:abstractNumId w:val="8"/>
  </w:num>
  <w:num w:numId="2" w16cid:durableId="1733893501">
    <w:abstractNumId w:val="6"/>
  </w:num>
  <w:num w:numId="3" w16cid:durableId="2069643800">
    <w:abstractNumId w:val="5"/>
  </w:num>
  <w:num w:numId="4" w16cid:durableId="750391537">
    <w:abstractNumId w:val="4"/>
  </w:num>
  <w:num w:numId="5" w16cid:durableId="1468086782">
    <w:abstractNumId w:val="7"/>
  </w:num>
  <w:num w:numId="6" w16cid:durableId="387846338">
    <w:abstractNumId w:val="3"/>
  </w:num>
  <w:num w:numId="7" w16cid:durableId="1655795328">
    <w:abstractNumId w:val="2"/>
  </w:num>
  <w:num w:numId="8" w16cid:durableId="1813209813">
    <w:abstractNumId w:val="1"/>
  </w:num>
  <w:num w:numId="9" w16cid:durableId="22040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B4C"/>
    <w:rsid w:val="0015074B"/>
    <w:rsid w:val="00165D87"/>
    <w:rsid w:val="00262473"/>
    <w:rsid w:val="0029639D"/>
    <w:rsid w:val="00326F90"/>
    <w:rsid w:val="00352E1B"/>
    <w:rsid w:val="006D4254"/>
    <w:rsid w:val="00717433"/>
    <w:rsid w:val="00747199"/>
    <w:rsid w:val="007572DC"/>
    <w:rsid w:val="008B03C8"/>
    <w:rsid w:val="008E775A"/>
    <w:rsid w:val="009A00B9"/>
    <w:rsid w:val="00AA1D8D"/>
    <w:rsid w:val="00B47730"/>
    <w:rsid w:val="00CB0664"/>
    <w:rsid w:val="00FC693F"/>
    <w:rsid w:val="00F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5274EF"/>
  <w14:defaultImageDpi w14:val="300"/>
  <w15:docId w15:val="{5FAF8811-3B17-AF43-A6BB-689B510A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Ekleme-Çıkarma İşlemleri Uygulama Rehberi</dc:title>
  <dc:subject/>
  <dc:creator>Şeyda İşler</dc:creator>
  <cp:keywords/>
  <dc:description>generated by python-docx</dc:description>
  <cp:lastModifiedBy>Windows</cp:lastModifiedBy>
  <cp:revision>4</cp:revision>
  <cp:lastPrinted>2026-10-16T12:00:00Z</cp:lastPrinted>
  <dcterms:created xsi:type="dcterms:W3CDTF">2026-10-21T08:23:00Z</dcterms:created>
  <dcterms:modified xsi:type="dcterms:W3CDTF">2026-10-23T07:31:00Z</dcterms:modified>
  <cp:category/>
</cp:coreProperties>
</file>