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B3FC" w14:textId="283E1710" w:rsidR="00ED2B4A" w:rsidRDefault="00ED2B4A">
      <w:pPr>
        <w:spacing w:after="360"/>
        <w:jc w:val="center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778"/>
        <w:gridCol w:w="5726"/>
      </w:tblGrid>
      <w:tr w:rsidR="00ED2B4A" w14:paraId="3106A8AA" w14:textId="77777777">
        <w:trPr>
          <w:jc w:val="center"/>
        </w:trPr>
        <w:tc>
          <w:tcPr>
            <w:tcW w:w="709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A729A00" w14:textId="77777777" w:rsidR="00ED2B4A" w:rsidRDefault="00F17B60">
            <w:pPr>
              <w:spacing w:after="20"/>
              <w:jc w:val="center"/>
            </w:pPr>
            <w:r>
              <w:rPr>
                <w:b/>
              </w:rPr>
              <w:t>Sıra</w:t>
            </w:r>
          </w:p>
        </w:tc>
        <w:tc>
          <w:tcPr>
            <w:tcW w:w="2778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8AC193" w14:textId="77777777" w:rsidR="00ED2B4A" w:rsidRDefault="00F17B60">
            <w:pPr>
              <w:spacing w:after="20"/>
            </w:pPr>
            <w:r>
              <w:rPr>
                <w:b/>
              </w:rPr>
              <w:t>Sorumlu birim</w:t>
            </w:r>
          </w:p>
        </w:tc>
        <w:tc>
          <w:tcPr>
            <w:tcW w:w="5726" w:type="dx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B30FA7F" w14:textId="77777777" w:rsidR="00ED2B4A" w:rsidRDefault="00F17B60">
            <w:pPr>
              <w:spacing w:after="20"/>
            </w:pPr>
            <w:r>
              <w:rPr>
                <w:b/>
              </w:rPr>
              <w:t>Yapılacak işlem</w:t>
            </w:r>
          </w:p>
        </w:tc>
      </w:tr>
      <w:tr w:rsidR="00ED2B4A" w14:paraId="5C97CB14" w14:textId="77777777">
        <w:trPr>
          <w:jc w:val="center"/>
        </w:trPr>
        <w:tc>
          <w:tcPr>
            <w:tcW w:w="709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67814305" w14:textId="77777777" w:rsidR="00ED2B4A" w:rsidRDefault="00F17B60">
            <w:pPr>
              <w:spacing w:before="40" w:after="0" w:line="264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778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64F4F8AC" w14:textId="77777777" w:rsidR="00ED2B4A" w:rsidRDefault="00F17B60">
            <w:pPr>
              <w:spacing w:before="40" w:after="0" w:line="264" w:lineRule="auto"/>
            </w:pPr>
            <w:r>
              <w:rPr>
                <w:b/>
                <w:sz w:val="21"/>
              </w:rPr>
              <w:t>İlgili akademik birim</w:t>
            </w:r>
          </w:p>
        </w:tc>
        <w:tc>
          <w:tcPr>
            <w:tcW w:w="5726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24F4C0DE" w14:textId="77777777" w:rsidR="00ED2B4A" w:rsidRDefault="00F17B60">
            <w:pPr>
              <w:spacing w:before="40" w:after="0" w:line="264" w:lineRule="auto"/>
            </w:pPr>
            <w:r>
              <w:rPr>
                <w:sz w:val="21"/>
              </w:rPr>
              <w:t>Değişiklik yapılacak müfredatı düzenler. Revize müfredatı birim kurul kararıyla birlikte, Eğitim Komisyonunda görüşülüp Senatoya sunulmak üzere Öğrenci İşleri Daire Başkanlığına gönderir.</w:t>
            </w:r>
          </w:p>
        </w:tc>
      </w:tr>
      <w:tr w:rsidR="00ED2B4A" w14:paraId="643B592D" w14:textId="77777777">
        <w:trPr>
          <w:jc w:val="center"/>
        </w:trPr>
        <w:tc>
          <w:tcPr>
            <w:tcW w:w="709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656B494" w14:textId="77777777" w:rsidR="00ED2B4A" w:rsidRDefault="00F17B60">
            <w:pPr>
              <w:spacing w:before="40" w:after="0" w:line="264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778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75A6457" w14:textId="77777777" w:rsidR="00ED2B4A" w:rsidRDefault="00F17B60">
            <w:pPr>
              <w:spacing w:before="40" w:after="0" w:line="264" w:lineRule="auto"/>
            </w:pPr>
            <w:r>
              <w:rPr>
                <w:b/>
                <w:sz w:val="21"/>
              </w:rPr>
              <w:t>Öğrenci İşleri Daire Başkanlığı</w:t>
            </w:r>
          </w:p>
        </w:tc>
        <w:tc>
          <w:tcPr>
            <w:tcW w:w="5726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31C81787" w14:textId="77777777" w:rsidR="00ED2B4A" w:rsidRDefault="00F17B60">
            <w:pPr>
              <w:spacing w:before="40" w:after="0" w:line="264" w:lineRule="auto"/>
            </w:pPr>
            <w:r>
              <w:rPr>
                <w:sz w:val="21"/>
              </w:rPr>
              <w:t>Birimden gelen müfredat değişikliği talebini müfredata ve otomasyon sistemine uygunluğu yönünden inceler.</w:t>
            </w:r>
          </w:p>
        </w:tc>
      </w:tr>
      <w:tr w:rsidR="00ED2B4A" w14:paraId="23BFAB67" w14:textId="77777777">
        <w:trPr>
          <w:jc w:val="center"/>
        </w:trPr>
        <w:tc>
          <w:tcPr>
            <w:tcW w:w="709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53D909F5" w14:textId="77777777" w:rsidR="00ED2B4A" w:rsidRDefault="00F17B60">
            <w:pPr>
              <w:spacing w:before="40" w:after="0" w:line="264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778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85FEA73" w14:textId="77777777" w:rsidR="00ED2B4A" w:rsidRDefault="00F17B60">
            <w:pPr>
              <w:spacing w:before="40" w:after="0" w:line="264" w:lineRule="auto"/>
            </w:pPr>
            <w:r>
              <w:rPr>
                <w:b/>
                <w:sz w:val="21"/>
              </w:rPr>
              <w:t>Eğitim Komisyonu ve Senato</w:t>
            </w:r>
          </w:p>
        </w:tc>
        <w:tc>
          <w:tcPr>
            <w:tcW w:w="5726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22B20D94" w14:textId="77777777" w:rsidR="00ED2B4A" w:rsidRDefault="00F17B60">
            <w:pPr>
              <w:spacing w:before="40" w:after="0" w:line="264" w:lineRule="auto"/>
            </w:pPr>
            <w:r>
              <w:rPr>
                <w:sz w:val="21"/>
              </w:rPr>
              <w:t>Öğrenci İşleri Daire Başkanlığınca uygun görülen talep Eğitim Komisyonu gündemine alınır. Komisyonun kabul ettiği teklif Senatoya sunulur.</w:t>
            </w:r>
          </w:p>
        </w:tc>
      </w:tr>
      <w:tr w:rsidR="00ED2B4A" w14:paraId="0B70D4D2" w14:textId="77777777">
        <w:trPr>
          <w:jc w:val="center"/>
        </w:trPr>
        <w:tc>
          <w:tcPr>
            <w:tcW w:w="709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B1F5095" w14:textId="77777777" w:rsidR="00ED2B4A" w:rsidRDefault="00F17B60">
            <w:pPr>
              <w:spacing w:before="40" w:after="0" w:line="264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2778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B632684" w14:textId="77777777" w:rsidR="00ED2B4A" w:rsidRDefault="00F17B60">
            <w:pPr>
              <w:spacing w:before="40" w:after="0" w:line="264" w:lineRule="auto"/>
            </w:pPr>
            <w:r>
              <w:rPr>
                <w:b/>
                <w:sz w:val="21"/>
              </w:rPr>
              <w:t>Birim öğrenci işleri</w:t>
            </w:r>
          </w:p>
        </w:tc>
        <w:tc>
          <w:tcPr>
            <w:tcW w:w="5726" w:type="dxa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35C96D3F" w14:textId="77777777" w:rsidR="00ED2B4A" w:rsidRDefault="00F17B60">
            <w:pPr>
              <w:spacing w:before="40" w:after="0" w:line="264" w:lineRule="auto"/>
            </w:pPr>
            <w:r>
              <w:rPr>
                <w:sz w:val="21"/>
              </w:rPr>
              <w:t>Senato tarafından uygun bulunan müfredat değişikliğini öğrenci otomasyon sistemine işler.</w:t>
            </w:r>
          </w:p>
        </w:tc>
      </w:tr>
    </w:tbl>
    <w:p w14:paraId="02A121FB" w14:textId="7205BA30" w:rsidR="00ED2B4A" w:rsidRDefault="00ED2B4A" w:rsidP="005F4B81">
      <w:pPr>
        <w:spacing w:before="220"/>
      </w:pPr>
    </w:p>
    <w:sectPr w:rsidR="00ED2B4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04" w:right="1361" w:bottom="130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8C21" w14:textId="77777777" w:rsidR="000940DD" w:rsidRDefault="000940DD" w:rsidP="00251ECA">
      <w:pPr>
        <w:spacing w:after="0" w:line="240" w:lineRule="auto"/>
      </w:pPr>
      <w:r>
        <w:separator/>
      </w:r>
    </w:p>
  </w:endnote>
  <w:endnote w:type="continuationSeparator" w:id="0">
    <w:p w14:paraId="167AFA30" w14:textId="77777777" w:rsidR="000940DD" w:rsidRDefault="000940DD" w:rsidP="0025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888B2" w14:textId="77777777" w:rsidR="00881292" w:rsidRDefault="008812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6F592" w14:textId="77777777" w:rsidR="00881292" w:rsidRDefault="0088129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8CF8" w14:textId="77777777" w:rsidR="00881292" w:rsidRDefault="008812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A317" w14:textId="77777777" w:rsidR="000940DD" w:rsidRDefault="000940DD" w:rsidP="00251ECA">
      <w:pPr>
        <w:spacing w:after="0" w:line="240" w:lineRule="auto"/>
      </w:pPr>
      <w:r>
        <w:separator/>
      </w:r>
    </w:p>
  </w:footnote>
  <w:footnote w:type="continuationSeparator" w:id="0">
    <w:p w14:paraId="33BF4519" w14:textId="77777777" w:rsidR="000940DD" w:rsidRDefault="000940DD" w:rsidP="00251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9429" w14:textId="77777777" w:rsidR="00881292" w:rsidRDefault="0088129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7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867"/>
    </w:tblGrid>
    <w:tr w:rsidR="00251ECA" w:rsidRPr="00A16D0B" w14:paraId="68185161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DB8A987" w14:textId="77777777" w:rsidR="00251ECA" w:rsidRPr="00A16D0B" w:rsidRDefault="00251ECA" w:rsidP="00251ECA">
          <w:pPr>
            <w:pStyle w:val="stBilgi"/>
            <w:rPr>
              <w:rFonts w:cs="Times New Roman"/>
              <w:sz w:val="24"/>
              <w:szCs w:val="28"/>
            </w:rPr>
          </w:pPr>
        </w:p>
        <w:p w14:paraId="704C7D8D" w14:textId="77777777" w:rsidR="00251ECA" w:rsidRPr="00A16D0B" w:rsidRDefault="00251ECA" w:rsidP="00251ECA">
          <w:pPr>
            <w:pStyle w:val="stBilgi"/>
            <w:rPr>
              <w:rFonts w:cs="Times New Roman"/>
              <w:sz w:val="24"/>
              <w:szCs w:val="28"/>
            </w:rPr>
          </w:pPr>
          <w:r w:rsidRPr="00A16D0B">
            <w:rPr>
              <w:rFonts w:cs="Times New Roman"/>
              <w:noProof/>
              <w:sz w:val="24"/>
              <w:szCs w:val="28"/>
            </w:rPr>
            <w:drawing>
              <wp:inline distT="0" distB="0" distL="0" distR="0" wp14:anchorId="144A6CE9" wp14:editId="0640EDF1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41797E70" w14:textId="77777777" w:rsidR="00251ECA" w:rsidRPr="00A16D0B" w:rsidRDefault="00251ECA" w:rsidP="00251ECA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  <w:p w14:paraId="6CF45E09" w14:textId="77777777" w:rsidR="00251ECA" w:rsidRPr="00A16D0B" w:rsidRDefault="00251ECA" w:rsidP="00251ECA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A16D0B">
            <w:rPr>
              <w:rFonts w:cs="Times New Roman"/>
              <w:b/>
              <w:sz w:val="24"/>
              <w:szCs w:val="28"/>
            </w:rPr>
            <w:t>ARDAHAN ÜNİVERSİTESİ</w:t>
          </w:r>
        </w:p>
        <w:p w14:paraId="75C866D1" w14:textId="77777777" w:rsidR="00251ECA" w:rsidRPr="00685785" w:rsidRDefault="00251ECA" w:rsidP="00251ECA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8"/>
            </w:rPr>
          </w:pPr>
          <w:r w:rsidRPr="00685785">
            <w:rPr>
              <w:rFonts w:cs="Times New Roman"/>
              <w:b/>
              <w:sz w:val="24"/>
              <w:szCs w:val="28"/>
            </w:rPr>
            <w:t>ÖĞRENCİ İŞLERİ DAİRE BAŞKANLIĞI</w:t>
          </w:r>
        </w:p>
        <w:p w14:paraId="241D6154" w14:textId="76047564" w:rsidR="00251ECA" w:rsidRPr="00A16D0B" w:rsidRDefault="00251ECA" w:rsidP="00251ECA">
          <w:pPr>
            <w:spacing w:after="360"/>
            <w:jc w:val="center"/>
          </w:pPr>
          <w:r>
            <w:rPr>
              <w:b/>
              <w:sz w:val="24"/>
            </w:rPr>
            <w:t>MÜFREDAT DEĞİŞİKLİĞİ 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62BA1AB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Doküman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2E5E1E8" w14:textId="3F3C7F78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ARÜ.</w:t>
          </w:r>
          <w:r w:rsidRPr="00AC0B8A">
            <w:rPr>
              <w:rFonts w:cs="Times New Roman"/>
              <w:sz w:val="20"/>
              <w:szCs w:val="20"/>
            </w:rPr>
            <w:t>ÖİDB.UR</w:t>
          </w:r>
          <w:r w:rsidRPr="00A16D0B">
            <w:rPr>
              <w:rFonts w:cs="Times New Roman"/>
              <w:sz w:val="20"/>
              <w:szCs w:val="20"/>
            </w:rPr>
            <w:t>.0</w:t>
          </w:r>
          <w:r w:rsidR="00881292">
            <w:rPr>
              <w:rFonts w:cs="Times New Roman"/>
              <w:sz w:val="20"/>
              <w:szCs w:val="20"/>
            </w:rPr>
            <w:t>11</w:t>
          </w:r>
        </w:p>
      </w:tc>
    </w:tr>
    <w:tr w:rsidR="00251ECA" w:rsidRPr="00A16D0B" w14:paraId="28F71ADE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7F6D6C0" w14:textId="77777777" w:rsidR="00251ECA" w:rsidRPr="00A16D0B" w:rsidRDefault="00251ECA" w:rsidP="00251ECA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2399356E" w14:textId="77777777" w:rsidR="00251ECA" w:rsidRPr="00A16D0B" w:rsidRDefault="00251ECA" w:rsidP="00251ECA">
          <w:pPr>
            <w:pStyle w:val="stBilgi"/>
            <w:jc w:val="center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7A380D9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İlk Yayın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692CE09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t>2</w:t>
          </w:r>
          <w:r w:rsidRPr="00A16D0B">
            <w:rPr>
              <w:rFonts w:cs="Times New Roman"/>
              <w:sz w:val="20"/>
              <w:szCs w:val="20"/>
            </w:rPr>
            <w:t>3.</w:t>
          </w:r>
          <w:r w:rsidRPr="00AC0B8A">
            <w:rPr>
              <w:rFonts w:cs="Times New Roman"/>
              <w:sz w:val="20"/>
              <w:szCs w:val="20"/>
            </w:rPr>
            <w:t>1</w:t>
          </w:r>
          <w:r w:rsidRPr="00A16D0B">
            <w:rPr>
              <w:rFonts w:cs="Times New Roman"/>
              <w:sz w:val="20"/>
              <w:szCs w:val="20"/>
            </w:rPr>
            <w:t>0.2026</w:t>
          </w:r>
        </w:p>
      </w:tc>
    </w:tr>
    <w:tr w:rsidR="00251ECA" w:rsidRPr="00A16D0B" w14:paraId="0873E4C2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ACE8A32" w14:textId="77777777" w:rsidR="00251ECA" w:rsidRPr="00A16D0B" w:rsidRDefault="00251ECA" w:rsidP="00251ECA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509867F2" w14:textId="77777777" w:rsidR="00251ECA" w:rsidRPr="00A16D0B" w:rsidRDefault="00251ECA" w:rsidP="00251ECA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1D88935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Tarihi: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B146502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-</w:t>
          </w:r>
        </w:p>
      </w:tc>
    </w:tr>
    <w:tr w:rsidR="00251ECA" w:rsidRPr="00A16D0B" w14:paraId="51AA2801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11BA796" w14:textId="77777777" w:rsidR="00251ECA" w:rsidRPr="00A16D0B" w:rsidRDefault="00251ECA" w:rsidP="00251ECA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7CF91FC6" w14:textId="77777777" w:rsidR="00251ECA" w:rsidRPr="00A16D0B" w:rsidRDefault="00251ECA" w:rsidP="00251ECA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C44D98D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No: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85AE257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0</w:t>
          </w:r>
        </w:p>
      </w:tc>
    </w:tr>
    <w:tr w:rsidR="00251ECA" w:rsidRPr="00A16D0B" w14:paraId="2CDF79A5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7CD86B5" w14:textId="77777777" w:rsidR="00251ECA" w:rsidRPr="00A16D0B" w:rsidRDefault="00251ECA" w:rsidP="00251ECA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2B58725" w14:textId="77777777" w:rsidR="00251ECA" w:rsidRPr="00A16D0B" w:rsidRDefault="00251ECA" w:rsidP="00251ECA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90E9BE4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Sayfa:</w:t>
          </w:r>
        </w:p>
      </w:tc>
      <w:tc>
        <w:tcPr>
          <w:tcW w:w="186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07F40A4" w14:textId="77777777" w:rsidR="00251ECA" w:rsidRPr="00A16D0B" w:rsidRDefault="00251ECA" w:rsidP="00251ECA">
          <w:pPr>
            <w:pStyle w:val="stBilgi"/>
            <w:rPr>
              <w:rFonts w:cs="Times New Roman"/>
              <w:sz w:val="20"/>
              <w:szCs w:val="20"/>
            </w:rPr>
          </w:pPr>
          <w:r w:rsidRPr="00AC0B8A">
            <w:rPr>
              <w:rFonts w:cs="Times New Roman"/>
              <w:sz w:val="20"/>
              <w:szCs w:val="20"/>
            </w:rPr>
            <w:fldChar w:fldCharType="begin"/>
          </w:r>
          <w:r w:rsidRPr="00AC0B8A">
            <w:rPr>
              <w:rFonts w:cs="Times New Roman"/>
              <w:sz w:val="20"/>
              <w:szCs w:val="20"/>
            </w:rPr>
            <w:instrText xml:space="preserve"> PAGE   \* MERGEFORMAT </w:instrText>
          </w:r>
          <w:r w:rsidRPr="00AC0B8A">
            <w:rPr>
              <w:rFonts w:cs="Times New Roman"/>
              <w:sz w:val="20"/>
              <w:szCs w:val="20"/>
            </w:rPr>
            <w:fldChar w:fldCharType="separate"/>
          </w:r>
          <w:r w:rsidRPr="00AC0B8A">
            <w:rPr>
              <w:rFonts w:cs="Times New Roman"/>
              <w:noProof/>
              <w:sz w:val="20"/>
              <w:szCs w:val="20"/>
            </w:rPr>
            <w:t>1</w:t>
          </w:r>
          <w:r w:rsidRPr="00AC0B8A">
            <w:rPr>
              <w:rFonts w:cs="Times New Roman"/>
              <w:sz w:val="20"/>
              <w:szCs w:val="20"/>
            </w:rPr>
            <w:fldChar w:fldCharType="end"/>
          </w:r>
          <w:r w:rsidRPr="00A16D0B">
            <w:rPr>
              <w:rFonts w:cs="Times New Roman"/>
              <w:sz w:val="20"/>
              <w:szCs w:val="20"/>
            </w:rPr>
            <w:t>/</w:t>
          </w:r>
          <w:r w:rsidRPr="00AC0B8A">
            <w:rPr>
              <w:rFonts w:cs="Times New Roman"/>
              <w:sz w:val="20"/>
              <w:szCs w:val="20"/>
            </w:rPr>
            <w:t>1</w:t>
          </w:r>
        </w:p>
      </w:tc>
    </w:tr>
  </w:tbl>
  <w:p w14:paraId="463246F9" w14:textId="77777777" w:rsidR="00251ECA" w:rsidRDefault="00251EC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6291" w14:textId="77777777" w:rsidR="00881292" w:rsidRDefault="008812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7370895">
    <w:abstractNumId w:val="8"/>
  </w:num>
  <w:num w:numId="2" w16cid:durableId="1196236874">
    <w:abstractNumId w:val="6"/>
  </w:num>
  <w:num w:numId="3" w16cid:durableId="588586265">
    <w:abstractNumId w:val="5"/>
  </w:num>
  <w:num w:numId="4" w16cid:durableId="1616985817">
    <w:abstractNumId w:val="4"/>
  </w:num>
  <w:num w:numId="5" w16cid:durableId="1962422826">
    <w:abstractNumId w:val="7"/>
  </w:num>
  <w:num w:numId="6" w16cid:durableId="796289906">
    <w:abstractNumId w:val="3"/>
  </w:num>
  <w:num w:numId="7" w16cid:durableId="746151501">
    <w:abstractNumId w:val="2"/>
  </w:num>
  <w:num w:numId="8" w16cid:durableId="605624922">
    <w:abstractNumId w:val="1"/>
  </w:num>
  <w:num w:numId="9" w16cid:durableId="61263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0DD"/>
    <w:rsid w:val="0015074B"/>
    <w:rsid w:val="00251ECA"/>
    <w:rsid w:val="0029639D"/>
    <w:rsid w:val="00326F90"/>
    <w:rsid w:val="00352E1B"/>
    <w:rsid w:val="005F4B81"/>
    <w:rsid w:val="00881292"/>
    <w:rsid w:val="00AA1D8D"/>
    <w:rsid w:val="00B423E2"/>
    <w:rsid w:val="00B47730"/>
    <w:rsid w:val="00CB0664"/>
    <w:rsid w:val="00DB7535"/>
    <w:rsid w:val="00DE5215"/>
    <w:rsid w:val="00ED2B4A"/>
    <w:rsid w:val="00F17B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BD61E"/>
  <w14:defaultImageDpi w14:val="300"/>
  <w15:docId w15:val="{B5FC5156-3FE9-C04F-9DAF-67FC27A2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Müfredat Değişikliği Uygulama Rehberi</dc:title>
  <dc:subject>Müfredat değişikliği işlemlerine ilişkin uygulama adımları</dc:subject>
  <dc:creator>Öğrenci İşleri Daire Başkanlığı</dc:creator>
  <cp:keywords/>
  <dc:description>generated by python-docx</dc:description>
  <cp:lastModifiedBy>Windows</cp:lastModifiedBy>
  <cp:revision>4</cp:revision>
  <dcterms:created xsi:type="dcterms:W3CDTF">2026-10-21T08:19:00Z</dcterms:created>
  <dcterms:modified xsi:type="dcterms:W3CDTF">2026-10-23T07:33:00Z</dcterms:modified>
  <cp:category/>
</cp:coreProperties>
</file>