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F228F" w14:textId="77777777" w:rsidR="005629D9" w:rsidRDefault="005629D9">
      <w:pPr>
        <w:spacing w:after="200"/>
        <w:rPr>
          <w:b/>
          <w:sz w:val="26"/>
        </w:rPr>
      </w:pPr>
    </w:p>
    <w:p w14:paraId="7859ECCA" w14:textId="79D08D71" w:rsidR="009D54E2" w:rsidRDefault="00AF0B6C">
      <w:pPr>
        <w:spacing w:after="200"/>
      </w:pPr>
      <w:r>
        <w:t>Akademik takvim hazırlanırken aşağıdaki işlemler sırasıyla yürütülür.</w:t>
      </w:r>
    </w:p>
    <w:tbl>
      <w:tblPr>
        <w:tblStyle w:val="TabloKlavuzu"/>
        <w:tblW w:w="10925" w:type="dxa"/>
        <w:jc w:val="center"/>
        <w:tblLayout w:type="fixed"/>
        <w:tblLook w:val="04A0" w:firstRow="1" w:lastRow="0" w:firstColumn="1" w:lastColumn="0" w:noHBand="0" w:noVBand="1"/>
      </w:tblPr>
      <w:tblGrid>
        <w:gridCol w:w="618"/>
        <w:gridCol w:w="10307"/>
      </w:tblGrid>
      <w:tr w:rsidR="009D54E2" w14:paraId="4D780E0F" w14:textId="77777777" w:rsidTr="00AA48DC">
        <w:trPr>
          <w:trHeight w:val="300"/>
          <w:jc w:val="center"/>
        </w:trPr>
        <w:tc>
          <w:tcPr>
            <w:tcW w:w="618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CDDFD04" w14:textId="77777777" w:rsidR="009D54E2" w:rsidRDefault="00AF0B6C">
            <w:pPr>
              <w:spacing w:after="0" w:line="269" w:lineRule="auto"/>
            </w:pPr>
            <w:r>
              <w:rPr>
                <w:b/>
              </w:rPr>
              <w:t>Sıra</w:t>
            </w:r>
          </w:p>
        </w:tc>
        <w:tc>
          <w:tcPr>
            <w:tcW w:w="10307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B405134" w14:textId="77777777" w:rsidR="009D54E2" w:rsidRDefault="00AF0B6C">
            <w:pPr>
              <w:spacing w:after="0" w:line="269" w:lineRule="auto"/>
            </w:pPr>
            <w:r>
              <w:rPr>
                <w:b/>
              </w:rPr>
              <w:t>Yapılacak İşlem</w:t>
            </w:r>
          </w:p>
        </w:tc>
      </w:tr>
      <w:tr w:rsidR="009D54E2" w14:paraId="66E55251" w14:textId="77777777" w:rsidTr="00AA48DC">
        <w:trPr>
          <w:trHeight w:val="285"/>
          <w:jc w:val="center"/>
        </w:trPr>
        <w:tc>
          <w:tcPr>
            <w:tcW w:w="618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1C02AF2" w14:textId="77777777" w:rsidR="009D54E2" w:rsidRDefault="00AF0B6C">
            <w:pPr>
              <w:spacing w:after="0" w:line="269" w:lineRule="auto"/>
              <w:jc w:val="center"/>
            </w:pPr>
            <w:r>
              <w:t>1</w:t>
            </w:r>
          </w:p>
        </w:tc>
        <w:tc>
          <w:tcPr>
            <w:tcW w:w="10307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43C430F" w14:textId="77777777" w:rsidR="009D54E2" w:rsidRDefault="00AF0B6C">
            <w:pPr>
              <w:spacing w:after="0" w:line="269" w:lineRule="auto"/>
            </w:pPr>
            <w:r>
              <w:t>Akademik takvim taslağı hazırlanır.</w:t>
            </w:r>
          </w:p>
        </w:tc>
      </w:tr>
      <w:tr w:rsidR="009D54E2" w14:paraId="7622EBF0" w14:textId="77777777" w:rsidTr="00AA48DC">
        <w:trPr>
          <w:trHeight w:val="300"/>
          <w:jc w:val="center"/>
        </w:trPr>
        <w:tc>
          <w:tcPr>
            <w:tcW w:w="618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0693CC4A" w14:textId="77777777" w:rsidR="009D54E2" w:rsidRDefault="00AF0B6C">
            <w:pPr>
              <w:spacing w:after="0" w:line="269" w:lineRule="auto"/>
              <w:jc w:val="center"/>
            </w:pPr>
            <w:r>
              <w:t>2</w:t>
            </w:r>
          </w:p>
        </w:tc>
        <w:tc>
          <w:tcPr>
            <w:tcW w:w="10307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6F10E4B5" w14:textId="77777777" w:rsidR="009D54E2" w:rsidRDefault="00AF0B6C">
            <w:pPr>
              <w:spacing w:after="0" w:line="269" w:lineRule="auto"/>
            </w:pPr>
            <w:r>
              <w:t>Hazırlanan taslak Üniversite Eğitim Komisyonuna sunulur.</w:t>
            </w:r>
          </w:p>
        </w:tc>
      </w:tr>
      <w:tr w:rsidR="009D54E2" w14:paraId="217FC190" w14:textId="77777777" w:rsidTr="00AA48DC">
        <w:trPr>
          <w:trHeight w:val="587"/>
          <w:jc w:val="center"/>
        </w:trPr>
        <w:tc>
          <w:tcPr>
            <w:tcW w:w="618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4C23D84" w14:textId="77777777" w:rsidR="009D54E2" w:rsidRDefault="00AF0B6C">
            <w:pPr>
              <w:spacing w:after="0" w:line="269" w:lineRule="auto"/>
              <w:jc w:val="center"/>
            </w:pPr>
            <w:r>
              <w:t>3</w:t>
            </w:r>
          </w:p>
        </w:tc>
        <w:tc>
          <w:tcPr>
            <w:tcW w:w="10307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ABEB704" w14:textId="77777777" w:rsidR="009D54E2" w:rsidRDefault="00AF0B6C">
            <w:pPr>
              <w:spacing w:after="0" w:line="269" w:lineRule="auto"/>
            </w:pPr>
            <w:r>
              <w:t>Eğitim Komisyonu taslağı değerlendirir. Uygun bulunmazsa taslak yeniden düzenlenir ve komisyona tekrar sunulur.</w:t>
            </w:r>
          </w:p>
        </w:tc>
      </w:tr>
      <w:tr w:rsidR="009D54E2" w14:paraId="2AB17204" w14:textId="77777777" w:rsidTr="00AA48DC">
        <w:trPr>
          <w:trHeight w:val="300"/>
          <w:jc w:val="center"/>
        </w:trPr>
        <w:tc>
          <w:tcPr>
            <w:tcW w:w="618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D317220" w14:textId="77777777" w:rsidR="009D54E2" w:rsidRDefault="00AF0B6C">
            <w:pPr>
              <w:spacing w:after="0" w:line="269" w:lineRule="auto"/>
              <w:jc w:val="center"/>
            </w:pPr>
            <w:r>
              <w:t>4</w:t>
            </w:r>
          </w:p>
        </w:tc>
        <w:tc>
          <w:tcPr>
            <w:tcW w:w="10307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CF41409" w14:textId="77777777" w:rsidR="009D54E2" w:rsidRDefault="00AF0B6C">
            <w:pPr>
              <w:spacing w:after="0" w:line="269" w:lineRule="auto"/>
            </w:pPr>
            <w:r>
              <w:t>Eğitim Komisyonunun uygun bulduğu taslak Üniversite Senatosuna sunulur.</w:t>
            </w:r>
          </w:p>
        </w:tc>
      </w:tr>
      <w:tr w:rsidR="009D54E2" w14:paraId="6C81216E" w14:textId="77777777" w:rsidTr="00AA48DC">
        <w:trPr>
          <w:trHeight w:val="587"/>
          <w:jc w:val="center"/>
        </w:trPr>
        <w:tc>
          <w:tcPr>
            <w:tcW w:w="618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46FC7A3" w14:textId="77777777" w:rsidR="009D54E2" w:rsidRDefault="00AF0B6C">
            <w:pPr>
              <w:spacing w:after="0" w:line="269" w:lineRule="auto"/>
              <w:jc w:val="center"/>
            </w:pPr>
            <w:r>
              <w:t>5</w:t>
            </w:r>
          </w:p>
        </w:tc>
        <w:tc>
          <w:tcPr>
            <w:tcW w:w="10307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F4A9D4A" w14:textId="77777777" w:rsidR="009D54E2" w:rsidRDefault="00AF0B6C">
            <w:pPr>
              <w:spacing w:after="0" w:line="269" w:lineRule="auto"/>
            </w:pPr>
            <w:r>
              <w:t>Senato taslağı değerlendirir. Uygun bulunmazsa taslak yeniden hazırlanır ve değerlendirme süreci tekrarlanır.</w:t>
            </w:r>
          </w:p>
        </w:tc>
      </w:tr>
      <w:tr w:rsidR="009D54E2" w14:paraId="798CF970" w14:textId="77777777" w:rsidTr="00AA48DC">
        <w:trPr>
          <w:trHeight w:val="587"/>
          <w:jc w:val="center"/>
        </w:trPr>
        <w:tc>
          <w:tcPr>
            <w:tcW w:w="618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0EC7B6A" w14:textId="77777777" w:rsidR="009D54E2" w:rsidRDefault="00AF0B6C">
            <w:pPr>
              <w:spacing w:after="0" w:line="269" w:lineRule="auto"/>
              <w:jc w:val="center"/>
            </w:pPr>
            <w:r>
              <w:t>6</w:t>
            </w:r>
          </w:p>
        </w:tc>
        <w:tc>
          <w:tcPr>
            <w:tcW w:w="10307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7B474E1F" w14:textId="1D1AC099" w:rsidR="009D54E2" w:rsidRDefault="00AF0B6C">
            <w:pPr>
              <w:spacing w:after="0" w:line="269" w:lineRule="auto"/>
            </w:pPr>
            <w:r>
              <w:t xml:space="preserve">Senatonun uygun bulduğu akademik takvim </w:t>
            </w:r>
            <w:r w:rsidR="00AA48DC">
              <w:t>resmi yazı ile tüm Akademik Birimlere</w:t>
            </w:r>
            <w:r>
              <w:t xml:space="preserve"> gönderilir ve Üniversitenin web sayfasında ilan edilir.</w:t>
            </w:r>
          </w:p>
        </w:tc>
      </w:tr>
    </w:tbl>
    <w:p w14:paraId="304A3965" w14:textId="6313453A" w:rsidR="009D54E2" w:rsidRDefault="009D54E2" w:rsidP="00AA48DC">
      <w:pPr>
        <w:spacing w:before="260"/>
      </w:pPr>
    </w:p>
    <w:sectPr w:rsidR="009D54E2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30F50" w14:textId="77777777" w:rsidR="005420AC" w:rsidRDefault="005420AC" w:rsidP="005629D9">
      <w:pPr>
        <w:spacing w:after="0" w:line="240" w:lineRule="auto"/>
      </w:pPr>
      <w:r>
        <w:separator/>
      </w:r>
    </w:p>
  </w:endnote>
  <w:endnote w:type="continuationSeparator" w:id="0">
    <w:p w14:paraId="29E56ECA" w14:textId="77777777" w:rsidR="005420AC" w:rsidRDefault="005420AC" w:rsidP="00562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EAF5" w14:textId="77777777" w:rsidR="001C1881" w:rsidRDefault="001C188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F287" w14:textId="77777777" w:rsidR="001C1881" w:rsidRDefault="001C188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F93C4" w14:textId="77777777" w:rsidR="001C1881" w:rsidRDefault="001C18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1C611" w14:textId="77777777" w:rsidR="005420AC" w:rsidRDefault="005420AC" w:rsidP="005629D9">
      <w:pPr>
        <w:spacing w:after="0" w:line="240" w:lineRule="auto"/>
      </w:pPr>
      <w:r>
        <w:separator/>
      </w:r>
    </w:p>
  </w:footnote>
  <w:footnote w:type="continuationSeparator" w:id="0">
    <w:p w14:paraId="5362E3B0" w14:textId="77777777" w:rsidR="005420AC" w:rsidRDefault="005420AC" w:rsidP="00562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48D24" w14:textId="77777777" w:rsidR="001C1881" w:rsidRDefault="001C188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4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984"/>
    </w:tblGrid>
    <w:tr w:rsidR="005629D9" w:rsidRPr="00A16D0B" w14:paraId="2F367BE4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7771EC7" w14:textId="77777777" w:rsidR="005629D9" w:rsidRPr="00A16D0B" w:rsidRDefault="005629D9" w:rsidP="005629D9">
          <w:pPr>
            <w:pStyle w:val="stBilgi"/>
            <w:rPr>
              <w:rFonts w:cs="Times New Roman"/>
              <w:sz w:val="24"/>
              <w:szCs w:val="28"/>
            </w:rPr>
          </w:pPr>
        </w:p>
        <w:p w14:paraId="5FE49654" w14:textId="77777777" w:rsidR="005629D9" w:rsidRPr="00A16D0B" w:rsidRDefault="005629D9" w:rsidP="005629D9">
          <w:pPr>
            <w:pStyle w:val="stBilgi"/>
            <w:rPr>
              <w:rFonts w:cs="Times New Roman"/>
              <w:sz w:val="24"/>
              <w:szCs w:val="28"/>
            </w:rPr>
          </w:pPr>
          <w:r w:rsidRPr="00A16D0B">
            <w:rPr>
              <w:rFonts w:cs="Times New Roman"/>
              <w:noProof/>
              <w:sz w:val="24"/>
              <w:szCs w:val="28"/>
            </w:rPr>
            <w:drawing>
              <wp:inline distT="0" distB="0" distL="0" distR="0" wp14:anchorId="6F67AB4A" wp14:editId="77232B4B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5F67ECC8" w14:textId="77777777" w:rsidR="005629D9" w:rsidRPr="00A16D0B" w:rsidRDefault="005629D9" w:rsidP="005629D9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  <w:p w14:paraId="30F38D73" w14:textId="77777777" w:rsidR="005629D9" w:rsidRPr="00A16D0B" w:rsidRDefault="005629D9" w:rsidP="005629D9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4"/>
            </w:rPr>
          </w:pPr>
          <w:r w:rsidRPr="00A16D0B">
            <w:rPr>
              <w:rFonts w:cs="Times New Roman"/>
              <w:b/>
              <w:sz w:val="24"/>
              <w:szCs w:val="24"/>
            </w:rPr>
            <w:t>ARDAHAN ÜNİVERSİTESİ</w:t>
          </w:r>
        </w:p>
        <w:p w14:paraId="0A86319F" w14:textId="77777777" w:rsidR="005629D9" w:rsidRPr="00335427" w:rsidRDefault="005629D9" w:rsidP="005629D9">
          <w:pPr>
            <w:pStyle w:val="stBilgi"/>
            <w:spacing w:before="120" w:after="120"/>
            <w:jc w:val="center"/>
            <w:rPr>
              <w:rFonts w:cs="Times New Roman"/>
              <w:b/>
              <w:sz w:val="24"/>
              <w:szCs w:val="24"/>
            </w:rPr>
          </w:pPr>
          <w:r w:rsidRPr="00335427">
            <w:rPr>
              <w:rFonts w:cs="Times New Roman"/>
              <w:b/>
              <w:sz w:val="24"/>
              <w:szCs w:val="24"/>
            </w:rPr>
            <w:t>ÖĞRENCİ İŞLERİ DAİRE BAŞKANLIĞI</w:t>
          </w:r>
        </w:p>
        <w:p w14:paraId="254C3057" w14:textId="77777777" w:rsidR="005629D9" w:rsidRPr="005629D9" w:rsidRDefault="005629D9" w:rsidP="005629D9">
          <w:pPr>
            <w:spacing w:after="40"/>
            <w:jc w:val="center"/>
            <w:rPr>
              <w:rFonts w:cs="Times New Roman"/>
              <w:b/>
              <w:sz w:val="24"/>
              <w:szCs w:val="24"/>
            </w:rPr>
          </w:pPr>
          <w:r w:rsidRPr="005629D9">
            <w:rPr>
              <w:rFonts w:cs="Times New Roman"/>
              <w:b/>
              <w:sz w:val="24"/>
              <w:szCs w:val="24"/>
            </w:rPr>
            <w:t>AKADEMİK TAKVİM HAZIRLAMA</w:t>
          </w:r>
        </w:p>
        <w:p w14:paraId="592A671E" w14:textId="76E732D9" w:rsidR="005629D9" w:rsidRPr="00A16D0B" w:rsidRDefault="005629D9" w:rsidP="005629D9">
          <w:pPr>
            <w:spacing w:after="40"/>
            <w:jc w:val="center"/>
            <w:rPr>
              <w:rFonts w:ascii="Arial" w:hAnsi="Arial"/>
              <w:sz w:val="20"/>
            </w:rPr>
          </w:pPr>
          <w:r w:rsidRPr="005629D9">
            <w:rPr>
              <w:rFonts w:cs="Times New Roman"/>
              <w:b/>
              <w:sz w:val="24"/>
              <w:szCs w:val="24"/>
            </w:rPr>
            <w:t>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AC2D93E" w14:textId="77777777" w:rsidR="005629D9" w:rsidRPr="00A16D0B" w:rsidRDefault="005629D9" w:rsidP="005629D9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Doküman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014F637" w14:textId="0C303D8F" w:rsidR="005629D9" w:rsidRPr="00A16D0B" w:rsidRDefault="005629D9" w:rsidP="005629D9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ARÜ.</w:t>
          </w:r>
          <w:r w:rsidRPr="00335427">
            <w:rPr>
              <w:rFonts w:cs="Times New Roman"/>
              <w:sz w:val="20"/>
              <w:szCs w:val="20"/>
            </w:rPr>
            <w:t>ÖİDB.UR</w:t>
          </w:r>
          <w:r w:rsidRPr="00A16D0B">
            <w:rPr>
              <w:rFonts w:cs="Times New Roman"/>
              <w:sz w:val="20"/>
              <w:szCs w:val="20"/>
            </w:rPr>
            <w:t>.0</w:t>
          </w:r>
          <w:r w:rsidR="001C1881">
            <w:rPr>
              <w:rFonts w:cs="Times New Roman"/>
              <w:sz w:val="20"/>
              <w:szCs w:val="20"/>
            </w:rPr>
            <w:t>01</w:t>
          </w:r>
        </w:p>
      </w:tc>
    </w:tr>
    <w:tr w:rsidR="005629D9" w:rsidRPr="00A16D0B" w14:paraId="606482D7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583BA07C" w14:textId="77777777" w:rsidR="005629D9" w:rsidRPr="00A16D0B" w:rsidRDefault="005629D9" w:rsidP="005629D9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028899E8" w14:textId="77777777" w:rsidR="005629D9" w:rsidRPr="00A16D0B" w:rsidRDefault="005629D9" w:rsidP="005629D9">
          <w:pPr>
            <w:pStyle w:val="stBilgi"/>
            <w:jc w:val="center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D84F920" w14:textId="77777777" w:rsidR="005629D9" w:rsidRPr="00A16D0B" w:rsidRDefault="005629D9" w:rsidP="005629D9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İlk Yayın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156220A" w14:textId="77777777" w:rsidR="005629D9" w:rsidRPr="00A16D0B" w:rsidRDefault="005629D9" w:rsidP="005629D9">
          <w:pPr>
            <w:pStyle w:val="stBilgi"/>
            <w:rPr>
              <w:rFonts w:cs="Times New Roman"/>
              <w:sz w:val="20"/>
              <w:szCs w:val="20"/>
            </w:rPr>
          </w:pPr>
          <w:r w:rsidRPr="00335427">
            <w:rPr>
              <w:rFonts w:cs="Times New Roman"/>
              <w:sz w:val="20"/>
              <w:szCs w:val="20"/>
            </w:rPr>
            <w:t>2</w:t>
          </w:r>
          <w:r w:rsidRPr="00A16D0B">
            <w:rPr>
              <w:rFonts w:cs="Times New Roman"/>
              <w:sz w:val="20"/>
              <w:szCs w:val="20"/>
            </w:rPr>
            <w:t>3.</w:t>
          </w:r>
          <w:r w:rsidRPr="00335427">
            <w:rPr>
              <w:rFonts w:cs="Times New Roman"/>
              <w:sz w:val="20"/>
              <w:szCs w:val="20"/>
            </w:rPr>
            <w:t>1</w:t>
          </w:r>
          <w:r w:rsidRPr="00A16D0B">
            <w:rPr>
              <w:rFonts w:cs="Times New Roman"/>
              <w:sz w:val="20"/>
              <w:szCs w:val="20"/>
            </w:rPr>
            <w:t>0.2026</w:t>
          </w:r>
        </w:p>
      </w:tc>
    </w:tr>
    <w:tr w:rsidR="005629D9" w:rsidRPr="00A16D0B" w14:paraId="30FD48C5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0AFC6E91" w14:textId="77777777" w:rsidR="005629D9" w:rsidRPr="00A16D0B" w:rsidRDefault="005629D9" w:rsidP="005629D9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112A644E" w14:textId="77777777" w:rsidR="005629D9" w:rsidRPr="00A16D0B" w:rsidRDefault="005629D9" w:rsidP="005629D9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2256BD95" w14:textId="77777777" w:rsidR="005629D9" w:rsidRPr="00A16D0B" w:rsidRDefault="005629D9" w:rsidP="005629D9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Revizyon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4B3CE46" w14:textId="77777777" w:rsidR="005629D9" w:rsidRPr="00A16D0B" w:rsidRDefault="005629D9" w:rsidP="005629D9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-</w:t>
          </w:r>
        </w:p>
      </w:tc>
    </w:tr>
    <w:tr w:rsidR="005629D9" w:rsidRPr="00A16D0B" w14:paraId="234ED6F0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7FDD726C" w14:textId="77777777" w:rsidR="005629D9" w:rsidRPr="00A16D0B" w:rsidRDefault="005629D9" w:rsidP="005629D9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6D7B96A9" w14:textId="77777777" w:rsidR="005629D9" w:rsidRPr="00A16D0B" w:rsidRDefault="005629D9" w:rsidP="005629D9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94FD44C" w14:textId="77777777" w:rsidR="005629D9" w:rsidRPr="00A16D0B" w:rsidRDefault="005629D9" w:rsidP="005629D9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Revizyon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69027AC" w14:textId="77777777" w:rsidR="005629D9" w:rsidRPr="00A16D0B" w:rsidRDefault="005629D9" w:rsidP="005629D9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0</w:t>
          </w:r>
        </w:p>
      </w:tc>
    </w:tr>
    <w:tr w:rsidR="005629D9" w:rsidRPr="00A16D0B" w14:paraId="05F3A759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22988CC8" w14:textId="77777777" w:rsidR="005629D9" w:rsidRPr="00A16D0B" w:rsidRDefault="005629D9" w:rsidP="005629D9">
          <w:pPr>
            <w:pStyle w:val="stBilgi"/>
            <w:rPr>
              <w:rFonts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515D9518" w14:textId="77777777" w:rsidR="005629D9" w:rsidRPr="00A16D0B" w:rsidRDefault="005629D9" w:rsidP="005629D9">
          <w:pPr>
            <w:pStyle w:val="stBilgi"/>
            <w:rPr>
              <w:rFonts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E2D9BA7" w14:textId="77777777" w:rsidR="005629D9" w:rsidRPr="00A16D0B" w:rsidRDefault="005629D9" w:rsidP="005629D9">
          <w:pPr>
            <w:pStyle w:val="stBilgi"/>
            <w:rPr>
              <w:rFonts w:cs="Times New Roman"/>
              <w:sz w:val="20"/>
              <w:szCs w:val="20"/>
            </w:rPr>
          </w:pPr>
          <w:r w:rsidRPr="00A16D0B">
            <w:rPr>
              <w:rFonts w:cs="Times New Roman"/>
              <w:sz w:val="20"/>
              <w:szCs w:val="20"/>
            </w:rPr>
            <w:t>Sayfa: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06B918A8" w14:textId="77777777" w:rsidR="005629D9" w:rsidRPr="00A16D0B" w:rsidRDefault="005629D9" w:rsidP="005629D9">
          <w:pPr>
            <w:pStyle w:val="stBilgi"/>
            <w:rPr>
              <w:rFonts w:cs="Times New Roman"/>
              <w:sz w:val="20"/>
              <w:szCs w:val="20"/>
            </w:rPr>
          </w:pPr>
          <w:r w:rsidRPr="00335427">
            <w:rPr>
              <w:rFonts w:cs="Times New Roman"/>
              <w:sz w:val="20"/>
              <w:szCs w:val="20"/>
            </w:rPr>
            <w:fldChar w:fldCharType="begin"/>
          </w:r>
          <w:r w:rsidRPr="00335427">
            <w:rPr>
              <w:rFonts w:cs="Times New Roman"/>
              <w:sz w:val="20"/>
              <w:szCs w:val="20"/>
            </w:rPr>
            <w:instrText xml:space="preserve"> PAGE   \* MERGEFORMAT </w:instrText>
          </w:r>
          <w:r w:rsidRPr="00335427">
            <w:rPr>
              <w:rFonts w:cs="Times New Roman"/>
              <w:sz w:val="20"/>
              <w:szCs w:val="20"/>
            </w:rPr>
            <w:fldChar w:fldCharType="separate"/>
          </w:r>
          <w:r w:rsidRPr="00335427">
            <w:rPr>
              <w:rFonts w:cs="Times New Roman"/>
              <w:noProof/>
              <w:sz w:val="20"/>
              <w:szCs w:val="20"/>
            </w:rPr>
            <w:t>1</w:t>
          </w:r>
          <w:r w:rsidRPr="00335427">
            <w:rPr>
              <w:rFonts w:cs="Times New Roman"/>
              <w:sz w:val="20"/>
              <w:szCs w:val="20"/>
            </w:rPr>
            <w:fldChar w:fldCharType="end"/>
          </w:r>
          <w:r w:rsidRPr="00A16D0B">
            <w:rPr>
              <w:rFonts w:cs="Times New Roman"/>
              <w:sz w:val="20"/>
              <w:szCs w:val="20"/>
            </w:rPr>
            <w:t>/</w:t>
          </w:r>
          <w:r>
            <w:rPr>
              <w:rFonts w:cs="Times New Roman"/>
              <w:sz w:val="20"/>
              <w:szCs w:val="20"/>
            </w:rPr>
            <w:t>1</w:t>
          </w:r>
        </w:p>
      </w:tc>
    </w:tr>
  </w:tbl>
  <w:p w14:paraId="150AD6A1" w14:textId="77777777" w:rsidR="005629D9" w:rsidRDefault="005629D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416A" w14:textId="77777777" w:rsidR="001C1881" w:rsidRDefault="001C188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6563147">
    <w:abstractNumId w:val="8"/>
  </w:num>
  <w:num w:numId="2" w16cid:durableId="1926456377">
    <w:abstractNumId w:val="6"/>
  </w:num>
  <w:num w:numId="3" w16cid:durableId="1000112101">
    <w:abstractNumId w:val="5"/>
  </w:num>
  <w:num w:numId="4" w16cid:durableId="16467350">
    <w:abstractNumId w:val="4"/>
  </w:num>
  <w:num w:numId="5" w16cid:durableId="1888569019">
    <w:abstractNumId w:val="7"/>
  </w:num>
  <w:num w:numId="6" w16cid:durableId="132842588">
    <w:abstractNumId w:val="3"/>
  </w:num>
  <w:num w:numId="7" w16cid:durableId="18629551">
    <w:abstractNumId w:val="2"/>
  </w:num>
  <w:num w:numId="8" w16cid:durableId="1456366087">
    <w:abstractNumId w:val="1"/>
  </w:num>
  <w:num w:numId="9" w16cid:durableId="194210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1881"/>
    <w:rsid w:val="0029639D"/>
    <w:rsid w:val="00326F90"/>
    <w:rsid w:val="00352E1B"/>
    <w:rsid w:val="005420AC"/>
    <w:rsid w:val="005629D9"/>
    <w:rsid w:val="00930C49"/>
    <w:rsid w:val="009D54E2"/>
    <w:rsid w:val="00AA1D8D"/>
    <w:rsid w:val="00AA48DC"/>
    <w:rsid w:val="00AF0B6C"/>
    <w:rsid w:val="00B47730"/>
    <w:rsid w:val="00BC0D92"/>
    <w:rsid w:val="00CB0664"/>
    <w:rsid w:val="00CF76CB"/>
    <w:rsid w:val="00F031C8"/>
    <w:rsid w:val="00F76B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F167E6"/>
  <w14:defaultImageDpi w14:val="300"/>
  <w15:docId w15:val="{EF77943F-803F-E042-8E04-F58E0425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Takvim Hazırlama Uygulama Rehberi</dc:title>
  <dc:subject/>
  <dc:creator>Şeyda İşler</dc:creator>
  <cp:keywords/>
  <dc:description>generated by python-docx</dc:description>
  <cp:lastModifiedBy>Windows</cp:lastModifiedBy>
  <cp:revision>4</cp:revision>
  <cp:lastPrinted>2026-10-16T12:00:00Z</cp:lastPrinted>
  <dcterms:created xsi:type="dcterms:W3CDTF">2026-10-21T08:43:00Z</dcterms:created>
  <dcterms:modified xsi:type="dcterms:W3CDTF">2026-10-23T07:31:00Z</dcterms:modified>
  <cp:category/>
</cp:coreProperties>
</file>