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CD85B" w14:textId="359DE61B" w:rsidR="002236B9" w:rsidRDefault="00704AE4">
      <w:pPr>
        <w:pStyle w:val="Balk1"/>
      </w:pPr>
      <w:r>
        <w:t>1. Mezuniyet işlemleri</w:t>
      </w:r>
      <w:r w:rsidR="00725B5A">
        <w:t>(Akademik Birim Sorumluluğunda)</w:t>
      </w:r>
    </w:p>
    <w:p w14:paraId="5214F186" w14:textId="64AADA86" w:rsidR="002236B9" w:rsidRDefault="00305CD1">
      <w:pPr>
        <w:ind w:left="312" w:hanging="170"/>
      </w:pPr>
      <w:r>
        <w:t xml:space="preserve">- </w:t>
      </w:r>
      <w:r w:rsidR="00704AE4">
        <w:t>Mezuniyete ilişkin yönetim kurulu kararının tarih ve sayısını kontrol e</w:t>
      </w:r>
      <w:r w:rsidR="00725B5A">
        <w:t>dilir</w:t>
      </w:r>
      <w:r w:rsidR="00704AE4">
        <w:t>.</w:t>
      </w:r>
    </w:p>
    <w:p w14:paraId="0882930D" w14:textId="7206673E" w:rsidR="002236B9" w:rsidRDefault="00305CD1">
      <w:pPr>
        <w:ind w:left="312" w:hanging="170"/>
      </w:pPr>
      <w:r>
        <w:t xml:space="preserve">- </w:t>
      </w:r>
      <w:r w:rsidR="00704AE4">
        <w:t>Öğrencinin kimlik, bölüm/program ve mezuniyet bilgilerini kontrol e</w:t>
      </w:r>
      <w:r w:rsidR="00725B5A">
        <w:t>dilir</w:t>
      </w:r>
      <w:r w:rsidR="00704AE4">
        <w:t>.</w:t>
      </w:r>
    </w:p>
    <w:p w14:paraId="14500662" w14:textId="0A4D8540" w:rsidR="002236B9" w:rsidRDefault="00305CD1">
      <w:pPr>
        <w:ind w:left="312" w:hanging="170"/>
      </w:pPr>
      <w:r>
        <w:t xml:space="preserve">- </w:t>
      </w:r>
      <w:r w:rsidR="00704AE4">
        <w:t>Mezuniyet tarihi olarak ilgili yönetim kurulunun mezuniyete karar verdiği toplantı tarihi esas al</w:t>
      </w:r>
      <w:r w:rsidR="00725B5A">
        <w:t>ınır</w:t>
      </w:r>
      <w:r w:rsidR="00704AE4">
        <w:t>.</w:t>
      </w:r>
    </w:p>
    <w:p w14:paraId="5D119AF7" w14:textId="653D5FBB" w:rsidR="002236B9" w:rsidRDefault="00305CD1">
      <w:pPr>
        <w:ind w:left="312" w:hanging="170"/>
      </w:pPr>
      <w:r>
        <w:t xml:space="preserve">- </w:t>
      </w:r>
      <w:r w:rsidR="00704AE4">
        <w:t>Lisansüstü mezuniyetlerde enstitü yönetim kurulu karar tarihini esas al</w:t>
      </w:r>
      <w:r w:rsidR="00725B5A">
        <w:t>ınır</w:t>
      </w:r>
      <w:r w:rsidR="00704AE4">
        <w:t>; karar tarihinin sınavı izleyen bir ayı aşmamasına dikkat e</w:t>
      </w:r>
      <w:r w:rsidR="00725B5A">
        <w:t>dilir</w:t>
      </w:r>
      <w:r w:rsidR="00704AE4">
        <w:t>.</w:t>
      </w:r>
    </w:p>
    <w:p w14:paraId="0772ECDF" w14:textId="432DC360" w:rsidR="002236B9" w:rsidRDefault="00704AE4">
      <w:pPr>
        <w:pStyle w:val="Balk1"/>
      </w:pPr>
      <w:r>
        <w:t>2. Diplomanın hazırlanması</w:t>
      </w:r>
      <w:r w:rsidR="00725B5A">
        <w:t>(Öğrenci İşleri Daire Başkanlığı Sorumluluğunda)</w:t>
      </w:r>
    </w:p>
    <w:p w14:paraId="5EF5D325" w14:textId="4EAAE608" w:rsidR="002236B9" w:rsidRDefault="00305CD1">
      <w:pPr>
        <w:ind w:left="312" w:hanging="170"/>
      </w:pPr>
      <w:r>
        <w:t xml:space="preserve">- </w:t>
      </w:r>
      <w:r w:rsidR="00704AE4">
        <w:t>Diploma türünü belirle; akademik birim ve bölüm/program bilgilerini doğrula</w:t>
      </w:r>
      <w:r w:rsidR="00725B5A">
        <w:t>nır</w:t>
      </w:r>
      <w:r w:rsidR="00704AE4">
        <w:t>.</w:t>
      </w:r>
      <w:r w:rsidR="00725B5A">
        <w:t xml:space="preserve"> AKTS Yükü kontrol edilir.</w:t>
      </w:r>
    </w:p>
    <w:p w14:paraId="17B20BC2" w14:textId="47C91854" w:rsidR="002236B9" w:rsidRDefault="00305CD1">
      <w:pPr>
        <w:ind w:left="312" w:hanging="170"/>
      </w:pPr>
      <w:r>
        <w:t xml:space="preserve">- </w:t>
      </w:r>
      <w:r w:rsidR="00704AE4">
        <w:t>Diploma numarası “akademik birim kodu – diploma sıra numarası” biçiminde ver</w:t>
      </w:r>
      <w:r w:rsidR="00725B5A">
        <w:t>ilir</w:t>
      </w:r>
      <w:r w:rsidR="00704AE4">
        <w:t>.</w:t>
      </w:r>
    </w:p>
    <w:p w14:paraId="2479D8BC" w14:textId="450CB13B" w:rsidR="002236B9" w:rsidRDefault="00305CD1">
      <w:pPr>
        <w:ind w:left="312" w:hanging="170"/>
      </w:pPr>
      <w:r>
        <w:t xml:space="preserve">- </w:t>
      </w:r>
      <w:r w:rsidR="00725B5A">
        <w:t>Diplomanın ö</w:t>
      </w:r>
      <w:r w:rsidR="00704AE4">
        <w:t>n yüzün</w:t>
      </w:r>
      <w:r w:rsidR="00725B5A">
        <w:t>d</w:t>
      </w:r>
      <w:r w:rsidR="00704AE4">
        <w:t>e üniversite</w:t>
      </w:r>
      <w:r w:rsidR="00725B5A">
        <w:t>nin</w:t>
      </w:r>
      <w:r w:rsidR="00704AE4">
        <w:t xml:space="preserve"> adı ve logosu, akademik birim</w:t>
      </w:r>
      <w:r w:rsidR="00725B5A">
        <w:t>in</w:t>
      </w:r>
      <w:r w:rsidR="00704AE4">
        <w:t xml:space="preserve"> adı, diploma</w:t>
      </w:r>
      <w:r w:rsidR="00725B5A">
        <w:t>nın</w:t>
      </w:r>
      <w:r w:rsidR="00704AE4">
        <w:t xml:space="preserve"> türü, öğrenci</w:t>
      </w:r>
      <w:r w:rsidR="00725B5A">
        <w:t xml:space="preserve">nin </w:t>
      </w:r>
      <w:r w:rsidR="00704AE4">
        <w:t>adı-soyadı, bölüm/program adı ve diploma numarası</w:t>
      </w:r>
      <w:r w:rsidR="00725B5A">
        <w:t xml:space="preserve"> yer</w:t>
      </w:r>
      <w:r w:rsidR="00704AE4">
        <w:t xml:space="preserve"> </w:t>
      </w:r>
      <w:r w:rsidR="00725B5A">
        <w:t>alır</w:t>
      </w:r>
      <w:r w:rsidR="00704AE4">
        <w:t>.</w:t>
      </w:r>
    </w:p>
    <w:p w14:paraId="717C742B" w14:textId="3F727CC9" w:rsidR="002236B9" w:rsidRDefault="00305CD1">
      <w:pPr>
        <w:ind w:left="312" w:hanging="170"/>
      </w:pPr>
      <w:r>
        <w:t xml:space="preserve">- </w:t>
      </w:r>
      <w:r w:rsidR="00725B5A">
        <w:t>Diplomanın a</w:t>
      </w:r>
      <w:r w:rsidR="00704AE4">
        <w:t>rka yüzün</w:t>
      </w:r>
      <w:r w:rsidR="00725B5A">
        <w:t>d</w:t>
      </w:r>
      <w:r w:rsidR="00704AE4">
        <w:t xml:space="preserve">e </w:t>
      </w:r>
      <w:r w:rsidR="00725B5A">
        <w:t>Sağlık Bakanlığınca tescil edilmesi gereken bölüm/programların tescil bilgileri ve formasyon eğitimi veren bölüm/programların formasyon bilgisi yer alır.</w:t>
      </w:r>
    </w:p>
    <w:p w14:paraId="2C8358B0" w14:textId="14D7841D" w:rsidR="00305CD1" w:rsidRDefault="00305CD1" w:rsidP="00305CD1">
      <w:pPr>
        <w:ind w:left="312" w:hanging="170"/>
      </w:pPr>
      <w:r>
        <w:t xml:space="preserve">- </w:t>
      </w:r>
      <w:r w:rsidR="00704AE4">
        <w:t xml:space="preserve">Diploma bilgileri Türkçe ve İngilizce </w:t>
      </w:r>
      <w:r>
        <w:t xml:space="preserve">olarak birlikte </w:t>
      </w:r>
      <w:r w:rsidR="00704AE4">
        <w:t>düzenle</w:t>
      </w:r>
      <w:r>
        <w:t>nir</w:t>
      </w:r>
      <w:r w:rsidR="00704AE4">
        <w:t>.</w:t>
      </w:r>
    </w:p>
    <w:p w14:paraId="71B65676" w14:textId="3A27E6A0" w:rsidR="00305CD1" w:rsidRDefault="00305CD1" w:rsidP="00305CD1">
      <w:pPr>
        <w:ind w:left="312" w:hanging="170"/>
      </w:pPr>
      <w:r>
        <w:t>- İngilizce bilgilerinin doğruluğunu teyid amaçlı Dış İlişkiler Ofisinden görüş alınır.</w:t>
      </w:r>
    </w:p>
    <w:p w14:paraId="5A3B69F8" w14:textId="57F5EE2A" w:rsidR="002236B9" w:rsidRDefault="00305CD1">
      <w:pPr>
        <w:ind w:left="312" w:hanging="170"/>
      </w:pPr>
      <w:r>
        <w:t xml:space="preserve">- </w:t>
      </w:r>
      <w:r w:rsidR="00704AE4">
        <w:t>Diplomayı düzenleme tarihinde görevde bulunan Dekan/Müdür ve Rektörün imzasına sun</w:t>
      </w:r>
      <w:r>
        <w:t>ulur</w:t>
      </w:r>
      <w:r w:rsidR="00704AE4">
        <w:t xml:space="preserve">; </w:t>
      </w:r>
      <w:r>
        <w:t xml:space="preserve">Diploma içeriğine </w:t>
      </w:r>
      <w:r w:rsidR="00704AE4">
        <w:t>üniversite</w:t>
      </w:r>
      <w:r>
        <w:t>nin</w:t>
      </w:r>
      <w:r w:rsidR="00704AE4">
        <w:t xml:space="preserve"> hologramı uygula</w:t>
      </w:r>
      <w:r>
        <w:t>nır</w:t>
      </w:r>
      <w:r w:rsidR="00704AE4">
        <w:t>.</w:t>
      </w:r>
    </w:p>
    <w:p w14:paraId="345D3F30" w14:textId="77777777" w:rsidR="002236B9" w:rsidRDefault="00704AE4">
      <w:pPr>
        <w:pStyle w:val="Balk1"/>
      </w:pPr>
      <w:r>
        <w:t>3. Diploma ekinin hazırlanması</w:t>
      </w:r>
    </w:p>
    <w:p w14:paraId="784DE415" w14:textId="0EFB98BD" w:rsidR="002236B9" w:rsidRDefault="00704AE4">
      <w:pPr>
        <w:ind w:left="312" w:hanging="170"/>
      </w:pPr>
      <w:r>
        <w:t xml:space="preserve">–  Önlisans, lisans, yüksek lisans, doktora ve sanatta yeterlik mezunlarının diploma </w:t>
      </w:r>
      <w:r w:rsidR="00305CD1">
        <w:t>ekleri Öğrenci İşleri Daire Başkanlığınca hazırlanır</w:t>
      </w:r>
      <w:r>
        <w:t>.</w:t>
      </w:r>
    </w:p>
    <w:p w14:paraId="6DA6FDF1" w14:textId="01EB22CB" w:rsidR="00305CD1" w:rsidRDefault="00305CD1" w:rsidP="00305CD1">
      <w:pPr>
        <w:ind w:left="312" w:hanging="170"/>
      </w:pPr>
      <w:r>
        <w:t>- Diploma Eki bilgileri Türkçe ve İngilizce olarak birlikte düzenlenir.</w:t>
      </w:r>
    </w:p>
    <w:p w14:paraId="3A68EC9B" w14:textId="77777777" w:rsidR="00305CD1" w:rsidRDefault="00305CD1" w:rsidP="00305CD1">
      <w:pPr>
        <w:ind w:left="312" w:hanging="170"/>
      </w:pPr>
      <w:r>
        <w:t>- İngilizce bilgilerinin doğruluğunu teyid amaçlı Dış İlişkiler Ofisinden görüş alınır.</w:t>
      </w:r>
    </w:p>
    <w:p w14:paraId="5F33FD0D" w14:textId="08294ED4" w:rsidR="002236B9" w:rsidRDefault="00305CD1">
      <w:pPr>
        <w:ind w:left="312" w:hanging="170"/>
      </w:pPr>
      <w:r>
        <w:t xml:space="preserve">- </w:t>
      </w:r>
      <w:r w:rsidR="00704AE4">
        <w:t>Diploma ekinde Öğrenci İşleri Daire Başkanının adı, soyadı ve imzası ile üniversite hologramının bulunması sağla</w:t>
      </w:r>
      <w:r>
        <w:t>nır</w:t>
      </w:r>
      <w:r w:rsidR="00704AE4">
        <w:t>.</w:t>
      </w:r>
    </w:p>
    <w:p w14:paraId="74AC1005" w14:textId="3CE2786E" w:rsidR="00305CD1" w:rsidRDefault="00305CD1" w:rsidP="00305CD1">
      <w:pPr>
        <w:ind w:left="312" w:hanging="170"/>
      </w:pPr>
      <w:r>
        <w:t xml:space="preserve">- </w:t>
      </w:r>
      <w:r w:rsidR="00704AE4">
        <w:t>Diploma ek</w:t>
      </w:r>
      <w:r>
        <w:t>leri</w:t>
      </w:r>
      <w:r w:rsidR="00704AE4">
        <w:t xml:space="preserve"> diploma ile birlikte </w:t>
      </w:r>
      <w:r>
        <w:t xml:space="preserve">ilgili Akademik Birimlerin öğrenci işleri birimlerine tutanakla </w:t>
      </w:r>
      <w:r w:rsidR="00704AE4">
        <w:t xml:space="preserve">teslim edilmek üzere </w:t>
      </w:r>
      <w:r>
        <w:t xml:space="preserve"> hazırda bulundurulur.</w:t>
      </w:r>
    </w:p>
    <w:p w14:paraId="77D54A7F" w14:textId="77777777" w:rsidR="002236B9" w:rsidRDefault="00704AE4">
      <w:r>
        <w:br w:type="page"/>
      </w:r>
    </w:p>
    <w:p w14:paraId="4C97F2E1" w14:textId="5C6450DF" w:rsidR="002236B9" w:rsidRDefault="00A35ECF">
      <w:pPr>
        <w:pStyle w:val="Balk1"/>
      </w:pPr>
      <w:r>
        <w:lastRenderedPageBreak/>
        <w:t>4</w:t>
      </w:r>
      <w:r w:rsidR="00704AE4">
        <w:t>. Diploma ve diploma ekinin teslimi</w:t>
      </w:r>
    </w:p>
    <w:p w14:paraId="7C4D8E9B" w14:textId="78107143" w:rsidR="002236B9" w:rsidRDefault="00704AE4">
      <w:pPr>
        <w:ind w:left="312" w:hanging="170"/>
      </w:pPr>
      <w:r>
        <w:t xml:space="preserve">–  </w:t>
      </w:r>
      <w:r w:rsidR="00A35ECF">
        <w:t>Basılı Diploma ve Ekleri tutanakla ilgili Akademik Birim</w:t>
      </w:r>
      <w:r w:rsidR="00FB502A">
        <w:t>e teslim edilir</w:t>
      </w:r>
      <w:r>
        <w:t>.</w:t>
      </w:r>
      <w:r w:rsidR="00FB502A">
        <w:t>(Sorumlu Birim: ÖİDB)</w:t>
      </w:r>
    </w:p>
    <w:p w14:paraId="4664CD97" w14:textId="3BC8AD93" w:rsidR="002236B9" w:rsidRDefault="00704AE4">
      <w:pPr>
        <w:ind w:left="312" w:hanging="170"/>
      </w:pPr>
      <w:r>
        <w:t>–  Diploma ve diploma ekindeki bilgileri mezunun kimlik bilgileriyle karşılaştır.</w:t>
      </w:r>
      <w:r w:rsidR="00FB502A" w:rsidRPr="00FB502A">
        <w:t xml:space="preserve"> (Sorumlu Birim: </w:t>
      </w:r>
      <w:r w:rsidR="00FB502A">
        <w:t>İlgili Akademik Birim</w:t>
      </w:r>
      <w:r w:rsidR="00FB502A" w:rsidRPr="00FB502A">
        <w:t>)</w:t>
      </w:r>
    </w:p>
    <w:p w14:paraId="242FE84F" w14:textId="510BB56E" w:rsidR="002236B9" w:rsidRDefault="00704AE4">
      <w:pPr>
        <w:ind w:left="312" w:hanging="170"/>
      </w:pPr>
      <w:r>
        <w:t>–  Diploma defterini ve diploma teslim tutanağını imzalatarak belgeleri mezunun kendisine teslim et.</w:t>
      </w:r>
      <w:r w:rsidR="00FB502A">
        <w:t xml:space="preserve"> </w:t>
      </w:r>
      <w:r w:rsidR="00FB502A" w:rsidRPr="00FB502A">
        <w:t>(Sorumlu Birim: İlgili Akademik Birim)</w:t>
      </w:r>
    </w:p>
    <w:p w14:paraId="5CEFD8FE" w14:textId="2379CEAB" w:rsidR="002236B9" w:rsidRDefault="00704AE4">
      <w:pPr>
        <w:ind w:left="312" w:hanging="170"/>
      </w:pPr>
      <w:r>
        <w:t>–  Zorunlu hâllerde öğrencinin yazılı başvurusu ve noter vekâleti bulunan kişiye teslim yap; vefat eden öğrencinin diplomasını kanuni mirasçılarına ver.</w:t>
      </w:r>
      <w:r w:rsidR="00FB502A" w:rsidRPr="00FB502A">
        <w:t xml:space="preserve"> (Sorumlu Birim: </w:t>
      </w:r>
      <w:r w:rsidR="00FB502A">
        <w:t>İlgili Akademik Birim</w:t>
      </w:r>
      <w:r w:rsidR="00FB502A" w:rsidRPr="00FB502A">
        <w:t>)</w:t>
      </w:r>
    </w:p>
    <w:p w14:paraId="78646E3F" w14:textId="706A0521" w:rsidR="002236B9" w:rsidRDefault="00704AE4">
      <w:pPr>
        <w:ind w:left="312" w:hanging="170"/>
      </w:pPr>
      <w:r>
        <w:t>–  Diploma ve diploma ekinin fotokopilerini öğrenci dosyasında sakla.</w:t>
      </w:r>
      <w:r w:rsidR="00FB502A" w:rsidRPr="00FB502A">
        <w:t xml:space="preserve"> (Sorumlu Birim: </w:t>
      </w:r>
      <w:r w:rsidR="00FB502A">
        <w:t>İlgili Akademik Birim</w:t>
      </w:r>
      <w:r w:rsidR="00FB502A" w:rsidRPr="00FB502A">
        <w:t>)</w:t>
      </w:r>
    </w:p>
    <w:p w14:paraId="3FE66F42" w14:textId="4D889422" w:rsidR="002236B9" w:rsidRDefault="00A35ECF">
      <w:pPr>
        <w:pStyle w:val="Balk1"/>
      </w:pPr>
      <w:r>
        <w:t>5</w:t>
      </w:r>
      <w:r w:rsidR="00704AE4">
        <w:t>. Diploma defteri ve kayıtların tutulması</w:t>
      </w:r>
      <w:r w:rsidR="00FB502A">
        <w:t xml:space="preserve"> </w:t>
      </w:r>
      <w:r w:rsidR="00FB502A" w:rsidRPr="00FB502A">
        <w:t xml:space="preserve">(Sorumlu Birim: </w:t>
      </w:r>
      <w:r w:rsidR="00FB502A">
        <w:t>İlgili Akademik Birim</w:t>
      </w:r>
      <w:r w:rsidR="00FB502A" w:rsidRPr="00FB502A">
        <w:t>)</w:t>
      </w:r>
    </w:p>
    <w:p w14:paraId="064700EF" w14:textId="77777777" w:rsidR="002236B9" w:rsidRDefault="00704AE4">
      <w:pPr>
        <w:ind w:left="312" w:hanging="170"/>
      </w:pPr>
      <w:r>
        <w:t>–  Diploma defterine kimlik bilgilerini, bölüm/programı, mezuniyet dönemi ve not ortalamasını, arşiv numarasını, yönetim kurulu kararının tarih ve sayısını kaydet.</w:t>
      </w:r>
    </w:p>
    <w:p w14:paraId="6CFB8F03" w14:textId="77777777" w:rsidR="002236B9" w:rsidRDefault="00704AE4">
      <w:pPr>
        <w:ind w:left="312" w:hanging="170"/>
      </w:pPr>
      <w:r>
        <w:t>–  Diploma numarasını, düzenleme ve kayıt tarihlerini, veriliş nedenini, iletişim bilgilerini, teslim alanın imzasını ve açıklamaları işle.</w:t>
      </w:r>
    </w:p>
    <w:p w14:paraId="09AA5D28" w14:textId="77777777" w:rsidR="002236B9" w:rsidRDefault="00704AE4">
      <w:pPr>
        <w:ind w:left="312" w:hanging="170"/>
      </w:pPr>
      <w:r>
        <w:t>–  Diploma bilgilerinde düzeltme veya yenileme yapıldığında diploma defterindeki kaydı da düzelt.</w:t>
      </w:r>
    </w:p>
    <w:p w14:paraId="67C46CC5" w14:textId="4782DB95" w:rsidR="002236B9" w:rsidRDefault="00A35ECF">
      <w:pPr>
        <w:pStyle w:val="Balk1"/>
      </w:pPr>
      <w:r>
        <w:t>6</w:t>
      </w:r>
      <w:r w:rsidR="00704AE4">
        <w:t>. Hatalı, kayıp ve yenilenecek belgeler</w:t>
      </w:r>
    </w:p>
    <w:p w14:paraId="758DA5F8" w14:textId="7253B47F" w:rsidR="002236B9" w:rsidRDefault="00704AE4">
      <w:pPr>
        <w:ind w:left="312" w:hanging="170"/>
      </w:pPr>
      <w:r>
        <w:t>–  Diplomada sehven hata varsa diploma yeniden düzenle</w:t>
      </w:r>
      <w:r w:rsidR="00FB502A">
        <w:t>nir</w:t>
      </w:r>
      <w:r>
        <w:t>; defter kaydı</w:t>
      </w:r>
      <w:r w:rsidR="00FB502A">
        <w:t xml:space="preserve"> düzeltilir</w:t>
      </w:r>
      <w:r>
        <w:t>. Hatalı diploma imha e</w:t>
      </w:r>
      <w:r w:rsidR="00FB502A">
        <w:t>dilmez</w:t>
      </w:r>
      <w:r>
        <w:t>, iptal şerhi koy</w:t>
      </w:r>
      <w:r w:rsidR="00FB502A">
        <w:t>ul</w:t>
      </w:r>
      <w:r>
        <w:t>arak dosyada sakla</w:t>
      </w:r>
      <w:r w:rsidR="00FB502A">
        <w:t>nır</w:t>
      </w:r>
      <w:r>
        <w:t>.</w:t>
      </w:r>
    </w:p>
    <w:p w14:paraId="56250438" w14:textId="4EEDBD66" w:rsidR="002236B9" w:rsidRDefault="00704AE4">
      <w:pPr>
        <w:ind w:left="312" w:hanging="170"/>
      </w:pPr>
      <w:r>
        <w:t>–  Mahkeme kararıyla kimlik bilgisi değişmişse diplomanın arkasına Rektörlükçe tarihli şerh düşül</w:t>
      </w:r>
      <w:r w:rsidR="00FB502A">
        <w:t>ür</w:t>
      </w:r>
      <w:r>
        <w:t xml:space="preserve"> ve defter kaydının düzeltilmesi</w:t>
      </w:r>
      <w:r w:rsidR="00FB502A">
        <w:t xml:space="preserve"> </w:t>
      </w:r>
      <w:r>
        <w:t>sağla</w:t>
      </w:r>
      <w:r w:rsidR="00FB502A">
        <w:t>nır</w:t>
      </w:r>
      <w:r>
        <w:t>; talep varsa eski diploma geri alı</w:t>
      </w:r>
      <w:r w:rsidR="004A3793">
        <w:t>nır</w:t>
      </w:r>
      <w:r>
        <w:t xml:space="preserve"> “İkinci Nüsha” düzenle</w:t>
      </w:r>
      <w:r w:rsidR="004A3793">
        <w:t>nir</w:t>
      </w:r>
      <w:r>
        <w:t>.</w:t>
      </w:r>
    </w:p>
    <w:p w14:paraId="651FAC30" w14:textId="77AA4B3A" w:rsidR="002236B9" w:rsidRDefault="00704AE4">
      <w:pPr>
        <w:ind w:left="312" w:hanging="170"/>
      </w:pPr>
      <w:r>
        <w:t>–  Belge kaybında gerekçeli dilekçe ve fotoğraflı onaylı nüfus cüzdanı suretiyle başvuruyu al</w:t>
      </w:r>
      <w:r w:rsidR="004A3793">
        <w:t>ınır</w:t>
      </w:r>
      <w:r>
        <w:t>; ilgili</w:t>
      </w:r>
      <w:r w:rsidR="004A3793">
        <w:t xml:space="preserve"> Akademik Birimden gelecek resmi talep yazısına istinaden</w:t>
      </w:r>
      <w:r>
        <w:t xml:space="preserve"> bir defaya mahsus “İkinci Nüsha” düzenle</w:t>
      </w:r>
      <w:r w:rsidR="004A3793">
        <w:t>nir</w:t>
      </w:r>
      <w:r>
        <w:t>.</w:t>
      </w:r>
    </w:p>
    <w:p w14:paraId="0B1D9118" w14:textId="53B5F9A9" w:rsidR="002236B9" w:rsidRDefault="00704AE4">
      <w:pPr>
        <w:ind w:left="312" w:hanging="170"/>
      </w:pPr>
      <w:r>
        <w:t>–  Yıpranan veya tahrip olan belge için dilekçe, eski belge ve fotoğraflı onaylı nüfus cüzdanı sureti al</w:t>
      </w:r>
      <w:r w:rsidR="004A3793">
        <w:t>ınır</w:t>
      </w:r>
      <w:r>
        <w:t>; koşullar sağlanıyorsa “Yeniden Hazırlanmıştır” ibaresi ve tarih yaz</w:t>
      </w:r>
      <w:r w:rsidR="004A3793">
        <w:t>ıl</w:t>
      </w:r>
      <w:r>
        <w:t>arak düzenle</w:t>
      </w:r>
      <w:r w:rsidR="004A3793">
        <w:t>nir</w:t>
      </w:r>
      <w:r>
        <w:t>.</w:t>
      </w:r>
    </w:p>
    <w:p w14:paraId="08540F87" w14:textId="0DAE2D76" w:rsidR="002236B9" w:rsidRDefault="00704AE4">
      <w:pPr>
        <w:ind w:left="312" w:hanging="170"/>
      </w:pPr>
      <w:r>
        <w:t>–  İkinci nüsha da kaybedilmişse yeni nüsha ver</w:t>
      </w:r>
      <w:r w:rsidR="004A3793">
        <w:t>il</w:t>
      </w:r>
      <w:r>
        <w:t>me</w:t>
      </w:r>
      <w:r w:rsidR="004A3793">
        <w:t>z</w:t>
      </w:r>
      <w:r>
        <w:t>; yönergede belirtilen usulle kayıp belgesi düzenle</w:t>
      </w:r>
      <w:r w:rsidR="004A3793">
        <w:t>nir</w:t>
      </w:r>
      <w:r>
        <w:t>.</w:t>
      </w:r>
    </w:p>
    <w:p w14:paraId="1BE45E4D" w14:textId="292AC69C" w:rsidR="002236B9" w:rsidRDefault="00704AE4">
      <w:pPr>
        <w:ind w:left="312" w:hanging="170"/>
      </w:pPr>
      <w:r>
        <w:t>–  İkinci nüsha ve yeniden hazırlanan belgeler düzenleme tarihinde görevli yetkililerin imzasına sun</w:t>
      </w:r>
      <w:r w:rsidR="004A3793">
        <w:t>ulur</w:t>
      </w:r>
      <w:r>
        <w:t>.</w:t>
      </w:r>
    </w:p>
    <w:p w14:paraId="2302628D" w14:textId="55790EC0" w:rsidR="002236B9" w:rsidRDefault="00A35ECF">
      <w:pPr>
        <w:pStyle w:val="Balk1"/>
      </w:pPr>
      <w:r>
        <w:t>7</w:t>
      </w:r>
      <w:r w:rsidR="00704AE4">
        <w:t>. Sertifika, başarı ve katılım belgeleri</w:t>
      </w:r>
    </w:p>
    <w:p w14:paraId="2D8B8601" w14:textId="131009CA" w:rsidR="002236B9" w:rsidRDefault="00704AE4">
      <w:pPr>
        <w:ind w:left="312" w:hanging="170"/>
      </w:pPr>
      <w:r>
        <w:t>–  Belgeye katılımcının T.C. kimlik numarası, adı-soyadı, belge tarihi ve sıra numarası yaz</w:t>
      </w:r>
      <w:r w:rsidR="004A3793">
        <w:t>ılır</w:t>
      </w:r>
      <w:r>
        <w:t>.</w:t>
      </w:r>
    </w:p>
    <w:p w14:paraId="5CA0927A" w14:textId="72376808" w:rsidR="002236B9" w:rsidRDefault="00704AE4">
      <w:pPr>
        <w:ind w:left="312" w:hanging="170"/>
      </w:pPr>
      <w:r>
        <w:t>–  Kurs veya çalışmanın tam adı, süresi ve varsa kazanılan unvan belirt</w:t>
      </w:r>
      <w:r w:rsidR="004A3793">
        <w:t>ilir</w:t>
      </w:r>
      <w:r>
        <w:t>.</w:t>
      </w:r>
    </w:p>
    <w:p w14:paraId="1720426A" w14:textId="1A9B9A2F" w:rsidR="002236B9" w:rsidRDefault="00704AE4">
      <w:pPr>
        <w:ind w:left="312" w:hanging="170"/>
      </w:pPr>
      <w:r>
        <w:t>–  Belge çalışmanın yürütücüsüne, varsa eğitim koordinatörüne ve gerektiğinde Rektöre imza</w:t>
      </w:r>
      <w:r w:rsidR="004A3793">
        <w:t>ya sunulur</w:t>
      </w:r>
      <w:r>
        <w:t>.</w:t>
      </w:r>
    </w:p>
    <w:sectPr w:rsidR="002236B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247" w:bottom="907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0C55" w14:textId="77777777" w:rsidR="00E64286" w:rsidRDefault="00E64286" w:rsidP="00335427">
      <w:pPr>
        <w:spacing w:after="0" w:line="240" w:lineRule="auto"/>
      </w:pPr>
      <w:r>
        <w:separator/>
      </w:r>
    </w:p>
  </w:endnote>
  <w:endnote w:type="continuationSeparator" w:id="0">
    <w:p w14:paraId="40DB348A" w14:textId="77777777" w:rsidR="00E64286" w:rsidRDefault="00E64286" w:rsidP="00335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C484" w14:textId="77777777" w:rsidR="00335427" w:rsidRDefault="003354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AAD6" w14:textId="77777777" w:rsidR="00335427" w:rsidRDefault="0033542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BDEEB" w14:textId="77777777" w:rsidR="00335427" w:rsidRDefault="003354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3E4C" w14:textId="77777777" w:rsidR="00E64286" w:rsidRDefault="00E64286" w:rsidP="00335427">
      <w:pPr>
        <w:spacing w:after="0" w:line="240" w:lineRule="auto"/>
      </w:pPr>
      <w:r>
        <w:separator/>
      </w:r>
    </w:p>
  </w:footnote>
  <w:footnote w:type="continuationSeparator" w:id="0">
    <w:p w14:paraId="1B7E4B1B" w14:textId="77777777" w:rsidR="00E64286" w:rsidRDefault="00E64286" w:rsidP="00335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16C3" w14:textId="77777777" w:rsidR="00335427" w:rsidRDefault="003354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4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984"/>
    </w:tblGrid>
    <w:tr w:rsidR="00335427" w:rsidRPr="00A16D0B" w14:paraId="77DD119D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D19098A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  <w:p w14:paraId="148FB3B9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  <w:r w:rsidRPr="00A16D0B">
            <w:rPr>
              <w:rFonts w:ascii="Times New Roman" w:hAnsi="Times New Roman" w:cs="Times New Roman"/>
              <w:noProof/>
              <w:sz w:val="24"/>
              <w:szCs w:val="28"/>
            </w:rPr>
            <w:drawing>
              <wp:inline distT="0" distB="0" distL="0" distR="0" wp14:anchorId="19E384E8" wp14:editId="486E6EC1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67EE89B6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  <w:p w14:paraId="4525EC39" w14:textId="77777777" w:rsidR="00335427" w:rsidRPr="00A16D0B" w:rsidRDefault="00335427" w:rsidP="00335427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16D0B">
            <w:rPr>
              <w:rFonts w:ascii="Times New Roman" w:hAnsi="Times New Roman" w:cs="Times New Roman"/>
              <w:b/>
              <w:sz w:val="24"/>
              <w:szCs w:val="24"/>
            </w:rPr>
            <w:t>ARDAHAN ÜNİVERSİTESİ</w:t>
          </w:r>
        </w:p>
        <w:p w14:paraId="5AE43021" w14:textId="77777777" w:rsidR="00335427" w:rsidRPr="00335427" w:rsidRDefault="00335427" w:rsidP="00335427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35427">
            <w:rPr>
              <w:rFonts w:ascii="Times New Roman" w:hAnsi="Times New Roman" w:cs="Times New Roman"/>
              <w:b/>
              <w:sz w:val="24"/>
              <w:szCs w:val="24"/>
            </w:rPr>
            <w:t>ÖĞRENCİ İŞLERİ DAİRE BAŞKANLIĞI</w:t>
          </w:r>
        </w:p>
        <w:p w14:paraId="14428385" w14:textId="77777777" w:rsidR="00335427" w:rsidRPr="00335427" w:rsidRDefault="00335427" w:rsidP="00335427">
          <w:pPr>
            <w:spacing w:after="18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335427">
            <w:rPr>
              <w:rFonts w:ascii="Times New Roman" w:hAnsi="Times New Roman" w:cs="Times New Roman"/>
              <w:b/>
              <w:sz w:val="24"/>
              <w:szCs w:val="24"/>
            </w:rPr>
            <w:t>DİPLOMA VE BELGE İŞLEMLERİ UYGULAMA REHBERİ</w:t>
          </w:r>
        </w:p>
        <w:p w14:paraId="7F1751A1" w14:textId="6A13CA3D" w:rsidR="00335427" w:rsidRPr="00A16D0B" w:rsidRDefault="00335427" w:rsidP="00335427">
          <w:pPr>
            <w:spacing w:after="40"/>
            <w:jc w:val="center"/>
            <w:rPr>
              <w:sz w:val="20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CA3800E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Doküman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7746895" w14:textId="5EB10D9C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ARÜ.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t>ÖİDB.UR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.0</w:t>
          </w:r>
          <w:r w:rsidR="00A2419A">
            <w:rPr>
              <w:rFonts w:ascii="Times New Roman" w:hAnsi="Times New Roman" w:cs="Times New Roman"/>
              <w:sz w:val="20"/>
              <w:szCs w:val="20"/>
            </w:rPr>
            <w:t>04</w:t>
          </w:r>
        </w:p>
      </w:tc>
    </w:tr>
    <w:tr w:rsidR="00335427" w:rsidRPr="00A16D0B" w14:paraId="0D16F62C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6F9AD0B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63706652" w14:textId="77777777" w:rsidR="00335427" w:rsidRPr="00A16D0B" w:rsidRDefault="00335427" w:rsidP="00335427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A124435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İlk Yayın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9CF9F16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5427">
            <w:rPr>
              <w:rFonts w:ascii="Times New Roman" w:hAnsi="Times New Roman" w:cs="Times New Roman"/>
              <w:sz w:val="20"/>
              <w:szCs w:val="20"/>
            </w:rPr>
            <w:t>2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3.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t>1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0.2026</w:t>
          </w:r>
        </w:p>
      </w:tc>
    </w:tr>
    <w:tr w:rsidR="00335427" w:rsidRPr="00A16D0B" w14:paraId="7B6E738A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44EEAE08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13973DA7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C24F3DB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0ABD747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-</w:t>
          </w:r>
        </w:p>
      </w:tc>
    </w:tr>
    <w:tr w:rsidR="00335427" w:rsidRPr="00A16D0B" w14:paraId="40832C7F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5753708A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37113E44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B8E9244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78E1332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0</w:t>
          </w:r>
        </w:p>
      </w:tc>
    </w:tr>
    <w:tr w:rsidR="00335427" w:rsidRPr="00A16D0B" w14:paraId="3597C168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34EDAFC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33396AB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D27DC89" w14:textId="77777777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Sayfa: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D44705F" w14:textId="1E742C2A" w:rsidR="00335427" w:rsidRPr="00A16D0B" w:rsidRDefault="00335427" w:rsidP="00335427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instrText xml:space="preserve"> PAGE   \* MERGEFORMAT </w:instrTex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33542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/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t>2</w:t>
          </w:r>
        </w:p>
      </w:tc>
    </w:tr>
  </w:tbl>
  <w:p w14:paraId="72213C0D" w14:textId="77777777" w:rsidR="00335427" w:rsidRDefault="0033542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ED19" w14:textId="77777777" w:rsidR="00335427" w:rsidRDefault="003354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DD5698"/>
    <w:multiLevelType w:val="hybridMultilevel"/>
    <w:tmpl w:val="FFD2C20C"/>
    <w:lvl w:ilvl="0" w:tplc="CAC0D976">
      <w:start w:val="3"/>
      <w:numFmt w:val="bullet"/>
      <w:lvlText w:val="-"/>
      <w:lvlJc w:val="left"/>
      <w:pPr>
        <w:ind w:left="502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428357058">
    <w:abstractNumId w:val="8"/>
  </w:num>
  <w:num w:numId="2" w16cid:durableId="1595167916">
    <w:abstractNumId w:val="6"/>
  </w:num>
  <w:num w:numId="3" w16cid:durableId="1534801271">
    <w:abstractNumId w:val="5"/>
  </w:num>
  <w:num w:numId="4" w16cid:durableId="1002587848">
    <w:abstractNumId w:val="4"/>
  </w:num>
  <w:num w:numId="5" w16cid:durableId="957487072">
    <w:abstractNumId w:val="7"/>
  </w:num>
  <w:num w:numId="6" w16cid:durableId="438840481">
    <w:abstractNumId w:val="3"/>
  </w:num>
  <w:num w:numId="7" w16cid:durableId="1803226698">
    <w:abstractNumId w:val="2"/>
  </w:num>
  <w:num w:numId="8" w16cid:durableId="746996591">
    <w:abstractNumId w:val="1"/>
  </w:num>
  <w:num w:numId="9" w16cid:durableId="1200313450">
    <w:abstractNumId w:val="0"/>
  </w:num>
  <w:num w:numId="10" w16cid:durableId="18931574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7EC"/>
    <w:rsid w:val="0006063C"/>
    <w:rsid w:val="0015074B"/>
    <w:rsid w:val="002236B9"/>
    <w:rsid w:val="00290F3A"/>
    <w:rsid w:val="0029639D"/>
    <w:rsid w:val="00305CD1"/>
    <w:rsid w:val="00326F90"/>
    <w:rsid w:val="00335427"/>
    <w:rsid w:val="00352E1B"/>
    <w:rsid w:val="00442DE5"/>
    <w:rsid w:val="004449B9"/>
    <w:rsid w:val="004A3793"/>
    <w:rsid w:val="005A7BE9"/>
    <w:rsid w:val="005F6D57"/>
    <w:rsid w:val="00704AE4"/>
    <w:rsid w:val="00725B5A"/>
    <w:rsid w:val="009D25E1"/>
    <w:rsid w:val="00A2419A"/>
    <w:rsid w:val="00A35ECF"/>
    <w:rsid w:val="00AA1D8D"/>
    <w:rsid w:val="00B4581C"/>
    <w:rsid w:val="00B47730"/>
    <w:rsid w:val="00BF6479"/>
    <w:rsid w:val="00CB0664"/>
    <w:rsid w:val="00D85252"/>
    <w:rsid w:val="00D95BEB"/>
    <w:rsid w:val="00E64286"/>
    <w:rsid w:val="00FB50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6B7D7"/>
  <w14:defaultImageDpi w14:val="300"/>
  <w15:docId w15:val="{06453B84-66E8-1043-BA04-E48A6B4C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D1"/>
    <w:pPr>
      <w:spacing w:after="60" w:line="264" w:lineRule="auto"/>
    </w:pPr>
    <w:rPr>
      <w:rFonts w:ascii="Arial" w:hAnsi="Arial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Diploma ve Belge İşlemleri Uygulama Rehberi</vt:lpstr>
      <vt:lpstr/>
    </vt:vector>
  </TitlesOfParts>
  <Manager/>
  <Company/>
  <LinksUpToDate>false</LinksUpToDate>
  <CharactersWithSpaces>4473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 ve Belge İşlemleri Uygulama Rehberi</dc:title>
  <dc:subject>Diploma işlemleri</dc:subject>
  <dc:creator>Öğrenci İşleri Daire Başkanlığı</dc:creator>
  <cp:keywords/>
  <dc:description>generated by python-docx</dc:description>
  <cp:lastModifiedBy>Windows</cp:lastModifiedBy>
  <cp:revision>7</cp:revision>
  <dcterms:created xsi:type="dcterms:W3CDTF">2026-10-21T10:25:00Z</dcterms:created>
  <dcterms:modified xsi:type="dcterms:W3CDTF">2026-10-23T07:31:00Z</dcterms:modified>
  <cp:category/>
</cp:coreProperties>
</file>