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A7D31" w14:textId="77777777" w:rsidR="00DA2337" w:rsidRDefault="0065794E">
      <w:pPr>
        <w:spacing w:after="180"/>
      </w:pPr>
      <w:r>
        <w:rPr>
          <w:b/>
        </w:rPr>
        <w:t>Uygulama adımları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6293"/>
        <w:gridCol w:w="2268"/>
      </w:tblGrid>
      <w:tr w:rsidR="00DA2337" w14:paraId="725F1B16" w14:textId="77777777">
        <w:trPr>
          <w:jc w:val="center"/>
        </w:trPr>
        <w:tc>
          <w:tcPr>
            <w:tcW w:w="567" w:type="dxa"/>
            <w:vAlign w:val="center"/>
          </w:tcPr>
          <w:p w14:paraId="1F218CB5" w14:textId="77777777" w:rsidR="00DA2337" w:rsidRDefault="0065794E">
            <w:pPr>
              <w:spacing w:before="20" w:after="20"/>
            </w:pPr>
            <w:r>
              <w:rPr>
                <w:b/>
                <w:sz w:val="19"/>
              </w:rPr>
              <w:t>No</w:t>
            </w:r>
          </w:p>
        </w:tc>
        <w:tc>
          <w:tcPr>
            <w:tcW w:w="6293" w:type="dxa"/>
            <w:vAlign w:val="center"/>
          </w:tcPr>
          <w:p w14:paraId="651FAF4D" w14:textId="77777777" w:rsidR="00DA2337" w:rsidRDefault="0065794E">
            <w:pPr>
              <w:spacing w:before="20" w:after="20"/>
            </w:pPr>
            <w:r>
              <w:rPr>
                <w:b/>
                <w:sz w:val="19"/>
              </w:rPr>
              <w:t>Yapılacak işlem</w:t>
            </w:r>
          </w:p>
        </w:tc>
        <w:tc>
          <w:tcPr>
            <w:tcW w:w="2268" w:type="dxa"/>
            <w:vAlign w:val="center"/>
          </w:tcPr>
          <w:p w14:paraId="0B951BFB" w14:textId="77777777" w:rsidR="00DA2337" w:rsidRDefault="0065794E">
            <w:pPr>
              <w:spacing w:before="20" w:after="20"/>
            </w:pPr>
            <w:r>
              <w:rPr>
                <w:b/>
                <w:sz w:val="19"/>
              </w:rPr>
              <w:t>Sorumlu</w:t>
            </w:r>
          </w:p>
        </w:tc>
      </w:tr>
      <w:tr w:rsidR="00DA2337" w14:paraId="414D3F0E" w14:textId="77777777">
        <w:trPr>
          <w:jc w:val="center"/>
        </w:trPr>
        <w:tc>
          <w:tcPr>
            <w:tcW w:w="567" w:type="dxa"/>
            <w:vAlign w:val="center"/>
          </w:tcPr>
          <w:p w14:paraId="459F0FF5" w14:textId="77777777" w:rsidR="00DA2337" w:rsidRDefault="0065794E">
            <w:pPr>
              <w:spacing w:before="40" w:after="40" w:line="254" w:lineRule="auto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293" w:type="dxa"/>
            <w:vAlign w:val="center"/>
          </w:tcPr>
          <w:p w14:paraId="0233F250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Akademik takvimde belirtilen sürede ders kaydını yapamayan öğrenci, mazeretini belirten dilekçe ile ilgili birimin öğrenci işleri bürosuna başvurur.</w:t>
            </w:r>
          </w:p>
        </w:tc>
        <w:tc>
          <w:tcPr>
            <w:tcW w:w="2268" w:type="dxa"/>
            <w:vAlign w:val="center"/>
          </w:tcPr>
          <w:p w14:paraId="1DE3A568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Öğrenci</w:t>
            </w:r>
          </w:p>
        </w:tc>
      </w:tr>
      <w:tr w:rsidR="00DA2337" w14:paraId="38CB7285" w14:textId="77777777">
        <w:trPr>
          <w:jc w:val="center"/>
        </w:trPr>
        <w:tc>
          <w:tcPr>
            <w:tcW w:w="567" w:type="dxa"/>
            <w:vAlign w:val="center"/>
          </w:tcPr>
          <w:p w14:paraId="4B78D660" w14:textId="77777777" w:rsidR="00DA2337" w:rsidRDefault="0065794E">
            <w:pPr>
              <w:spacing w:before="40" w:after="40" w:line="254" w:lineRule="auto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6293" w:type="dxa"/>
            <w:vAlign w:val="center"/>
          </w:tcPr>
          <w:p w14:paraId="75C4F5FE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Öğrencinin dilekçesi incelenmek üzere danışmanına havale edilir.</w:t>
            </w:r>
          </w:p>
        </w:tc>
        <w:tc>
          <w:tcPr>
            <w:tcW w:w="2268" w:type="dxa"/>
            <w:vAlign w:val="center"/>
          </w:tcPr>
          <w:p w14:paraId="201DF84D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İlgili birim öğrenci işleri bürosu</w:t>
            </w:r>
          </w:p>
        </w:tc>
      </w:tr>
      <w:tr w:rsidR="00DA2337" w14:paraId="095FA1A1" w14:textId="77777777">
        <w:trPr>
          <w:jc w:val="center"/>
        </w:trPr>
        <w:tc>
          <w:tcPr>
            <w:tcW w:w="567" w:type="dxa"/>
            <w:vAlign w:val="center"/>
          </w:tcPr>
          <w:p w14:paraId="6FF53C45" w14:textId="77777777" w:rsidR="00DA2337" w:rsidRDefault="0065794E">
            <w:pPr>
              <w:spacing w:before="40" w:after="40" w:line="254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6293" w:type="dxa"/>
            <w:vAlign w:val="center"/>
          </w:tcPr>
          <w:p w14:paraId="2E1608BF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Danışman, başvuru dilekçesini Eğitim Öğretim Sınav Yönetmeliğine göre inceler.</w:t>
            </w:r>
          </w:p>
        </w:tc>
        <w:tc>
          <w:tcPr>
            <w:tcW w:w="2268" w:type="dxa"/>
            <w:vAlign w:val="center"/>
          </w:tcPr>
          <w:p w14:paraId="1E5A4D99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Akademik danışman</w:t>
            </w:r>
          </w:p>
        </w:tc>
      </w:tr>
      <w:tr w:rsidR="00DA2337" w14:paraId="0D321637" w14:textId="77777777">
        <w:trPr>
          <w:jc w:val="center"/>
        </w:trPr>
        <w:tc>
          <w:tcPr>
            <w:tcW w:w="567" w:type="dxa"/>
            <w:vAlign w:val="center"/>
          </w:tcPr>
          <w:p w14:paraId="34C8560F" w14:textId="77777777" w:rsidR="00DA2337" w:rsidRDefault="0065794E">
            <w:pPr>
              <w:spacing w:before="40" w:after="40" w:line="254" w:lineRule="auto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6293" w:type="dxa"/>
            <w:vAlign w:val="center"/>
          </w:tcPr>
          <w:p w14:paraId="049A5C9D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Başvuru, bölüm/ana bilim dalı görüşüyle birlikte Dekanlığa/Müdürlüğe gönderilerek Yönetim Kurulunun görüşmesine sunulur.</w:t>
            </w:r>
          </w:p>
        </w:tc>
        <w:tc>
          <w:tcPr>
            <w:tcW w:w="2268" w:type="dxa"/>
            <w:vAlign w:val="center"/>
          </w:tcPr>
          <w:p w14:paraId="30DF9A60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Bölüm / Ana bilim dalı</w:t>
            </w:r>
          </w:p>
        </w:tc>
      </w:tr>
      <w:tr w:rsidR="00DA2337" w14:paraId="7A04F96F" w14:textId="77777777">
        <w:trPr>
          <w:jc w:val="center"/>
        </w:trPr>
        <w:tc>
          <w:tcPr>
            <w:tcW w:w="567" w:type="dxa"/>
            <w:vAlign w:val="center"/>
          </w:tcPr>
          <w:p w14:paraId="558AFE71" w14:textId="77777777" w:rsidR="00DA2337" w:rsidRDefault="0065794E">
            <w:pPr>
              <w:spacing w:before="40" w:after="40" w:line="254" w:lineRule="auto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6293" w:type="dxa"/>
            <w:vAlign w:val="center"/>
          </w:tcPr>
          <w:p w14:paraId="5050134F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Fakülte/Yüksekokul/Enstitü Yönetim Kurulu başvurunun uygun olup olmadığına karar verir.</w:t>
            </w:r>
          </w:p>
        </w:tc>
        <w:tc>
          <w:tcPr>
            <w:tcW w:w="2268" w:type="dxa"/>
            <w:vAlign w:val="center"/>
          </w:tcPr>
          <w:p w14:paraId="2B01AADF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İlgili Yönetim Kurulu</w:t>
            </w:r>
          </w:p>
        </w:tc>
      </w:tr>
      <w:tr w:rsidR="00DA2337" w14:paraId="48406F84" w14:textId="77777777">
        <w:trPr>
          <w:jc w:val="center"/>
        </w:trPr>
        <w:tc>
          <w:tcPr>
            <w:tcW w:w="567" w:type="dxa"/>
            <w:vAlign w:val="center"/>
          </w:tcPr>
          <w:p w14:paraId="2BE22205" w14:textId="77777777" w:rsidR="00DA2337" w:rsidRDefault="0065794E">
            <w:pPr>
              <w:spacing w:before="40" w:after="40" w:line="254" w:lineRule="auto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6293" w:type="dxa"/>
            <w:vAlign w:val="center"/>
          </w:tcPr>
          <w:p w14:paraId="1D3FD5B0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Başvuru uygun bulunmamışsa karar öğrenciye bildirilir.</w:t>
            </w:r>
          </w:p>
        </w:tc>
        <w:tc>
          <w:tcPr>
            <w:tcW w:w="2268" w:type="dxa"/>
            <w:vAlign w:val="center"/>
          </w:tcPr>
          <w:p w14:paraId="34F5796F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İlgili akademik birim</w:t>
            </w:r>
          </w:p>
        </w:tc>
      </w:tr>
      <w:tr w:rsidR="00DA2337" w14:paraId="22E8F5BE" w14:textId="77777777">
        <w:trPr>
          <w:jc w:val="center"/>
        </w:trPr>
        <w:tc>
          <w:tcPr>
            <w:tcW w:w="567" w:type="dxa"/>
            <w:vAlign w:val="center"/>
          </w:tcPr>
          <w:p w14:paraId="6B02ECC6" w14:textId="77777777" w:rsidR="00DA2337" w:rsidRDefault="0065794E">
            <w:pPr>
              <w:spacing w:before="40" w:after="40" w:line="254" w:lineRule="auto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6293" w:type="dxa"/>
            <w:vAlign w:val="center"/>
          </w:tcPr>
          <w:p w14:paraId="6A424F41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Başvuru uygun bulunmuşsa mazeretli ders kaydı yapacak öğrenci listesi, Yönetim Kurulu kararıyla birlikte Öğrenci İşleri Daire Başkanlığına gönderilir.</w:t>
            </w:r>
          </w:p>
        </w:tc>
        <w:tc>
          <w:tcPr>
            <w:tcW w:w="2268" w:type="dxa"/>
            <w:vAlign w:val="center"/>
          </w:tcPr>
          <w:p w14:paraId="0CE75D0A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İlgili akademik birim</w:t>
            </w:r>
          </w:p>
        </w:tc>
      </w:tr>
      <w:tr w:rsidR="00DA2337" w14:paraId="5C11E331" w14:textId="77777777">
        <w:trPr>
          <w:jc w:val="center"/>
        </w:trPr>
        <w:tc>
          <w:tcPr>
            <w:tcW w:w="567" w:type="dxa"/>
            <w:vAlign w:val="center"/>
          </w:tcPr>
          <w:p w14:paraId="5E283AD6" w14:textId="77777777" w:rsidR="00DA2337" w:rsidRDefault="0065794E">
            <w:pPr>
              <w:spacing w:before="40" w:after="40" w:line="254" w:lineRule="auto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6293" w:type="dxa"/>
            <w:vAlign w:val="center"/>
          </w:tcPr>
          <w:p w14:paraId="48660227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Yönetim Kurulu kararı ve gönderilen liste doğrultusunda mazeretli ders kayıtları ÜBYS’ye işlenir.</w:t>
            </w:r>
          </w:p>
        </w:tc>
        <w:tc>
          <w:tcPr>
            <w:tcW w:w="2268" w:type="dxa"/>
            <w:vAlign w:val="center"/>
          </w:tcPr>
          <w:p w14:paraId="0C6D66EA" w14:textId="77777777" w:rsidR="00DA2337" w:rsidRDefault="0065794E">
            <w:pPr>
              <w:spacing w:before="40" w:after="40" w:line="254" w:lineRule="auto"/>
            </w:pPr>
            <w:r>
              <w:rPr>
                <w:sz w:val="19"/>
              </w:rPr>
              <w:t>Öğrenci İşleri Daire Başkanlığı</w:t>
            </w:r>
          </w:p>
        </w:tc>
      </w:tr>
    </w:tbl>
    <w:p w14:paraId="3545B3E1" w14:textId="77777777" w:rsidR="00DA2337" w:rsidRDefault="0065794E">
      <w:pPr>
        <w:spacing w:before="220"/>
      </w:pPr>
      <w:r>
        <w:rPr>
          <w:sz w:val="20"/>
        </w:rPr>
        <w:t>İş akışında belirtilen toplam süre: 5 iş günü.</w:t>
      </w:r>
    </w:p>
    <w:sectPr w:rsidR="00DA2337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7A17B" w14:textId="77777777" w:rsidR="0087238D" w:rsidRDefault="0087238D" w:rsidP="00063638">
      <w:pPr>
        <w:spacing w:after="0" w:line="240" w:lineRule="auto"/>
      </w:pPr>
      <w:r>
        <w:separator/>
      </w:r>
    </w:p>
  </w:endnote>
  <w:endnote w:type="continuationSeparator" w:id="0">
    <w:p w14:paraId="2B9CED78" w14:textId="77777777" w:rsidR="0087238D" w:rsidRDefault="0087238D" w:rsidP="00063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0EFA3" w14:textId="77777777" w:rsidR="00F70F1F" w:rsidRDefault="00F70F1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7CBA2" w14:textId="77777777" w:rsidR="00F70F1F" w:rsidRDefault="00F70F1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84DBA" w14:textId="77777777" w:rsidR="00F70F1F" w:rsidRDefault="00F70F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3377F" w14:textId="77777777" w:rsidR="0087238D" w:rsidRDefault="0087238D" w:rsidP="00063638">
      <w:pPr>
        <w:spacing w:after="0" w:line="240" w:lineRule="auto"/>
      </w:pPr>
      <w:r>
        <w:separator/>
      </w:r>
    </w:p>
  </w:footnote>
  <w:footnote w:type="continuationSeparator" w:id="0">
    <w:p w14:paraId="3C28C9DF" w14:textId="77777777" w:rsidR="0087238D" w:rsidRDefault="0087238D" w:rsidP="00063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28CA5" w14:textId="77777777" w:rsidR="00F70F1F" w:rsidRDefault="00F70F1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4" w:type="dxa"/>
      <w:tblInd w:w="-74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826"/>
      <w:gridCol w:w="5433"/>
      <w:gridCol w:w="1701"/>
      <w:gridCol w:w="1984"/>
    </w:tblGrid>
    <w:tr w:rsidR="00063638" w:rsidRPr="00A16D0B" w14:paraId="39D9B1F4" w14:textId="77777777" w:rsidTr="00216464">
      <w:trPr>
        <w:trHeight w:val="419"/>
      </w:trPr>
      <w:tc>
        <w:tcPr>
          <w:tcW w:w="182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52D49B7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  <w:p w14:paraId="1571EF4A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  <w:r w:rsidRPr="00A16D0B">
            <w:rPr>
              <w:rFonts w:ascii="Times New Roman" w:hAnsi="Times New Roman" w:cs="Times New Roman"/>
              <w:noProof/>
              <w:sz w:val="24"/>
              <w:szCs w:val="28"/>
            </w:rPr>
            <w:drawing>
              <wp:inline distT="0" distB="0" distL="0" distR="0" wp14:anchorId="7280FF91" wp14:editId="59D96273">
                <wp:extent cx="790575" cy="866775"/>
                <wp:effectExtent l="0" t="0" r="9525" b="9525"/>
                <wp:docPr id="1580054650" name="Resi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3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hideMark/>
        </w:tcPr>
        <w:p w14:paraId="4EF59C62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  <w:p w14:paraId="3F7D45C6" w14:textId="77777777" w:rsidR="00063638" w:rsidRPr="00A16D0B" w:rsidRDefault="00063638" w:rsidP="00063638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16D0B">
            <w:rPr>
              <w:rFonts w:ascii="Times New Roman" w:hAnsi="Times New Roman" w:cs="Times New Roman"/>
              <w:b/>
              <w:sz w:val="24"/>
              <w:szCs w:val="24"/>
            </w:rPr>
            <w:t>ARDAHAN ÜNİVERSİTESİ</w:t>
          </w:r>
        </w:p>
        <w:p w14:paraId="43EAA588" w14:textId="77777777" w:rsidR="00063638" w:rsidRPr="00007BEA" w:rsidRDefault="00063638" w:rsidP="00063638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07BEA">
            <w:rPr>
              <w:rFonts w:ascii="Times New Roman" w:hAnsi="Times New Roman" w:cs="Times New Roman"/>
              <w:b/>
              <w:sz w:val="24"/>
              <w:szCs w:val="24"/>
            </w:rPr>
            <w:t>ÖĞRENCİ İŞLERİ DAİRE BAŞKANLIĞI</w:t>
          </w:r>
        </w:p>
        <w:p w14:paraId="0C7EDB04" w14:textId="0AA7FFA5" w:rsidR="00063638" w:rsidRPr="00A16D0B" w:rsidRDefault="00063638" w:rsidP="00063638">
          <w:pPr>
            <w:spacing w:after="40"/>
            <w:jc w:val="center"/>
            <w:rPr>
              <w:sz w:val="20"/>
            </w:rPr>
          </w:pPr>
          <w:r w:rsidRPr="00063638">
            <w:rPr>
              <w:rFonts w:ascii="Times New Roman" w:hAnsi="Times New Roman" w:cs="Times New Roman"/>
              <w:b/>
              <w:sz w:val="24"/>
              <w:szCs w:val="24"/>
            </w:rPr>
            <w:t>MAZERETLİ DERS KAYIT İŞLEMLERİ UYGULAMA REHBERİ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9A4CD64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Doküman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2686439" w14:textId="46583A1C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ARÜ.</w:t>
          </w:r>
          <w:r w:rsidRPr="00063638">
            <w:rPr>
              <w:rFonts w:ascii="Times New Roman" w:hAnsi="Times New Roman" w:cs="Times New Roman"/>
              <w:sz w:val="20"/>
              <w:szCs w:val="20"/>
            </w:rPr>
            <w:t>ÖİDB.UR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.0</w:t>
          </w:r>
          <w:r w:rsidR="00F70F1F">
            <w:rPr>
              <w:rFonts w:ascii="Times New Roman" w:hAnsi="Times New Roman" w:cs="Times New Roman"/>
              <w:sz w:val="20"/>
              <w:szCs w:val="20"/>
            </w:rPr>
            <w:t>07</w:t>
          </w:r>
        </w:p>
      </w:tc>
    </w:tr>
    <w:tr w:rsidR="00063638" w:rsidRPr="00A16D0B" w14:paraId="55BA1FBD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6F8CAFE9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hideMark/>
        </w:tcPr>
        <w:p w14:paraId="0345686C" w14:textId="77777777" w:rsidR="00063638" w:rsidRPr="00A16D0B" w:rsidRDefault="00063638" w:rsidP="00063638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8C3A492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İlk Yayın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48D2466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063638">
            <w:rPr>
              <w:rFonts w:ascii="Times New Roman" w:hAnsi="Times New Roman" w:cs="Times New Roman"/>
              <w:sz w:val="20"/>
              <w:szCs w:val="20"/>
            </w:rPr>
            <w:t>2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3.</w:t>
          </w:r>
          <w:r w:rsidRPr="00063638">
            <w:rPr>
              <w:rFonts w:ascii="Times New Roman" w:hAnsi="Times New Roman" w:cs="Times New Roman"/>
              <w:sz w:val="20"/>
              <w:szCs w:val="20"/>
            </w:rPr>
            <w:t>1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0.2026</w:t>
          </w:r>
        </w:p>
      </w:tc>
    </w:tr>
    <w:tr w:rsidR="00063638" w:rsidRPr="00A16D0B" w14:paraId="0C4B10DE" w14:textId="77777777" w:rsidTr="00216464">
      <w:trPr>
        <w:trHeight w:val="419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606088D3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726DE775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D55676A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Revizyon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506D4DB6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-</w:t>
          </w:r>
        </w:p>
      </w:tc>
    </w:tr>
    <w:tr w:rsidR="00063638" w:rsidRPr="00A16D0B" w14:paraId="0597C1EE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36D2CEA5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504E5A0B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68E14A7C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Revizyon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5F365DE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0</w:t>
          </w:r>
        </w:p>
      </w:tc>
    </w:tr>
    <w:tr w:rsidR="00063638" w:rsidRPr="00A16D0B" w14:paraId="1AEF89AA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29F7777E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15AFE0D0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7503C58" w14:textId="77777777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Sayfa: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C27B8F5" w14:textId="617C6D3F" w:rsidR="00063638" w:rsidRPr="00A16D0B" w:rsidRDefault="00063638" w:rsidP="00063638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063638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063638">
            <w:rPr>
              <w:rFonts w:ascii="Times New Roman" w:hAnsi="Times New Roman" w:cs="Times New Roman"/>
              <w:sz w:val="20"/>
              <w:szCs w:val="20"/>
            </w:rPr>
            <w:instrText xml:space="preserve"> PAGE   \* MERGEFORMAT </w:instrText>
          </w:r>
          <w:r w:rsidRPr="0006363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063638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063638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/</w:t>
          </w:r>
          <w:r w:rsidR="007349CE">
            <w:rPr>
              <w:rFonts w:ascii="Times New Roman" w:hAnsi="Times New Roman" w:cs="Times New Roman"/>
              <w:sz w:val="20"/>
              <w:szCs w:val="20"/>
            </w:rPr>
            <w:t>1</w:t>
          </w:r>
        </w:p>
      </w:tc>
    </w:tr>
  </w:tbl>
  <w:p w14:paraId="7E8B2B18" w14:textId="77777777" w:rsidR="00063638" w:rsidRDefault="0006363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8A68E" w14:textId="77777777" w:rsidR="00F70F1F" w:rsidRDefault="00F70F1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7717006">
    <w:abstractNumId w:val="8"/>
  </w:num>
  <w:num w:numId="2" w16cid:durableId="1936594674">
    <w:abstractNumId w:val="6"/>
  </w:num>
  <w:num w:numId="3" w16cid:durableId="621770869">
    <w:abstractNumId w:val="5"/>
  </w:num>
  <w:num w:numId="4" w16cid:durableId="1500342744">
    <w:abstractNumId w:val="4"/>
  </w:num>
  <w:num w:numId="5" w16cid:durableId="1872109432">
    <w:abstractNumId w:val="7"/>
  </w:num>
  <w:num w:numId="6" w16cid:durableId="1276601432">
    <w:abstractNumId w:val="3"/>
  </w:num>
  <w:num w:numId="7" w16cid:durableId="1192648605">
    <w:abstractNumId w:val="2"/>
  </w:num>
  <w:num w:numId="8" w16cid:durableId="1500195173">
    <w:abstractNumId w:val="1"/>
  </w:num>
  <w:num w:numId="9" w16cid:durableId="160432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638"/>
    <w:rsid w:val="0015074B"/>
    <w:rsid w:val="0029639D"/>
    <w:rsid w:val="00326F90"/>
    <w:rsid w:val="00352E1B"/>
    <w:rsid w:val="00361170"/>
    <w:rsid w:val="00581E07"/>
    <w:rsid w:val="0065794E"/>
    <w:rsid w:val="007349CE"/>
    <w:rsid w:val="0087238D"/>
    <w:rsid w:val="00970C9B"/>
    <w:rsid w:val="00AA1D8D"/>
    <w:rsid w:val="00B47730"/>
    <w:rsid w:val="00BF2CD8"/>
    <w:rsid w:val="00C71B73"/>
    <w:rsid w:val="00C97BEB"/>
    <w:rsid w:val="00CA3CAA"/>
    <w:rsid w:val="00CB0664"/>
    <w:rsid w:val="00DA2337"/>
    <w:rsid w:val="00F70F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CB29F0"/>
  <w14:defaultImageDpi w14:val="300"/>
  <w15:docId w15:val="{5A373080-8FC6-B748-BDCC-067F759A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Mazeretli Ders Kayıt İşlemleri Uygulama Rehberi</dc:title>
  <dc:subject/>
  <dc:creator>Şeyda İşler</dc:creator>
  <cp:keywords/>
  <dc:description>generated by python-docx</dc:description>
  <cp:lastModifiedBy>Windows</cp:lastModifiedBy>
  <cp:revision>5</cp:revision>
  <dcterms:created xsi:type="dcterms:W3CDTF">2026-10-21T08:17:00Z</dcterms:created>
  <dcterms:modified xsi:type="dcterms:W3CDTF">2026-10-23T07:32:00Z</dcterms:modified>
  <cp:category/>
</cp:coreProperties>
</file>